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201E4A9" w14:textId="77777777" w:rsidR="00D47551" w:rsidRDefault="00B01125">
      <w:pPr>
        <w:spacing w:after="20"/>
        <w:jc w:val="center"/>
      </w:pPr>
      <w:r>
        <w:rPr>
          <w:noProof/>
        </w:rPr>
        <w:drawing>
          <wp:inline distT="0" distB="0" distL="0" distR="0" wp14:anchorId="6A19A8CF" wp14:editId="756E066E">
            <wp:extent cx="1060704" cy="106070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fkro_transparent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60704" cy="1060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AE15FC" w14:textId="77777777" w:rsidR="00D47551" w:rsidRDefault="00B01125">
      <w:pPr>
        <w:spacing w:after="0"/>
        <w:jc w:val="center"/>
      </w:pPr>
      <w:r>
        <w:rPr>
          <w:b/>
          <w:color w:val="0A315D"/>
          <w:sz w:val="21"/>
        </w:rPr>
        <w:t>Ростовская Региональная Общественная Организация</w:t>
      </w:r>
    </w:p>
    <w:p w14:paraId="1A8E68A6" w14:textId="77777777" w:rsidR="00D47551" w:rsidRDefault="00B01125">
      <w:pPr>
        <w:spacing w:after="20"/>
        <w:jc w:val="center"/>
      </w:pPr>
      <w:r>
        <w:rPr>
          <w:b/>
          <w:color w:val="0A315D"/>
          <w:sz w:val="28"/>
        </w:rPr>
        <w:t>«Федерация каратэ Ростовской области»</w:t>
      </w:r>
    </w:p>
    <w:p w14:paraId="645164C5" w14:textId="77777777" w:rsidR="00D47551" w:rsidRDefault="00B01125">
      <w:pPr>
        <w:spacing w:after="20"/>
        <w:jc w:val="center"/>
      </w:pPr>
      <w:r>
        <w:rPr>
          <w:b/>
          <w:color w:val="135CA8"/>
          <w:sz w:val="18"/>
        </w:rPr>
        <w:t>wskf61@mail.ru</w:t>
      </w:r>
    </w:p>
    <w:p w14:paraId="2193C9D0" w14:textId="77777777" w:rsidR="00D47551" w:rsidRDefault="00B01125">
      <w:pPr>
        <w:spacing w:after="20"/>
        <w:jc w:val="center"/>
      </w:pPr>
      <w:r>
        <w:rPr>
          <w:color w:val="135CA8"/>
          <w:sz w:val="8"/>
        </w:rPr>
        <w:t>━━━━━━━━━━━━━━━━━━━━━━━━━━━━━━━━━━━━━━━━━━━━━━━━━━━━━━━━━━━━━━━━━━━━━━━━━━━━━━━━━━━━━━━━━━━━━━</w:t>
      </w:r>
    </w:p>
    <w:p w14:paraId="3DB1E7C9" w14:textId="77777777" w:rsidR="00D47551" w:rsidRDefault="00B01125">
      <w:pPr>
        <w:spacing w:after="0"/>
        <w:jc w:val="center"/>
      </w:pPr>
      <w:r>
        <w:rPr>
          <w:color w:val="5B6770"/>
          <w:sz w:val="13"/>
        </w:rPr>
        <w:t>Адрес: Россия, 344058, г. Ростов-на-Дону, ул. Рижская, 80   •   ИНН: 6162027215   •   ОКОНХ: 98500   •   ОКПО: 49793957</w:t>
      </w:r>
    </w:p>
    <w:p w14:paraId="6D15DED6" w14:textId="77777777" w:rsidR="00D47551" w:rsidRDefault="00B01125">
      <w:pPr>
        <w:spacing w:after="0"/>
        <w:jc w:val="center"/>
      </w:pPr>
      <w:r>
        <w:rPr>
          <w:color w:val="5B6770"/>
          <w:sz w:val="13"/>
        </w:rPr>
        <w:t>Р/С: 40703810300000000104   •   ОАО КБ «Центр-Инвест», г. Ростов-на-Дону   •   КОРР/СЧ: 30101810100000000762   •   БИК: 04601576</w:t>
      </w:r>
    </w:p>
    <w:p w14:paraId="7B12A941" w14:textId="77777777" w:rsidR="00D47551" w:rsidRDefault="00B01125">
      <w:pPr>
        <w:spacing w:before="60" w:after="60"/>
        <w:jc w:val="center"/>
      </w:pPr>
      <w:r>
        <w:rPr>
          <w:b/>
          <w:color w:val="0A315D"/>
          <w:sz w:val="26"/>
        </w:rPr>
        <w:t>КАЛЕНДАРНЫЙ ПЛАН СПОРТИВНЫХ МЕРОПРИЯТИЙ</w:t>
      </w:r>
      <w:r>
        <w:rPr>
          <w:b/>
          <w:color w:val="135CA8"/>
          <w:sz w:val="18"/>
        </w:rPr>
        <w:br/>
        <w:t>сезон 2026–2027 гг.</w:t>
      </w:r>
      <w:r>
        <w:rPr>
          <w:rFonts w:ascii="Arial" w:hAnsi="Arial"/>
          <w:b/>
          <w:color w:val="B71C1C"/>
          <w:sz w:val="14"/>
        </w:rPr>
        <w:br/>
        <w:t>★ РЕЙТИНГ ФКРО — соревнования, входящие в рейтинг для спортсменов 10–20 лет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47"/>
        <w:gridCol w:w="5213"/>
        <w:gridCol w:w="2232"/>
        <w:gridCol w:w="2477"/>
        <w:gridCol w:w="1872"/>
        <w:gridCol w:w="2938"/>
      </w:tblGrid>
      <w:tr w:rsidR="00D47551" w14:paraId="3FB79064" w14:textId="77777777">
        <w:trPr>
          <w:tblHeader/>
          <w:jc w:val="center"/>
        </w:trPr>
        <w:tc>
          <w:tcPr>
            <w:tcW w:w="547" w:type="dxa"/>
            <w:tcBorders>
              <w:top w:val="single" w:sz="6" w:space="0" w:color="0A315D"/>
              <w:left w:val="single" w:sz="4" w:space="0" w:color="FFFFFF"/>
              <w:bottom w:val="single" w:sz="6" w:space="0" w:color="0A315D"/>
              <w:right w:val="single" w:sz="4" w:space="0" w:color="FFFFFF"/>
            </w:tcBorders>
            <w:shd w:val="clear" w:color="auto" w:fill="0A315D"/>
            <w:vAlign w:val="center"/>
          </w:tcPr>
          <w:p w14:paraId="15F42A03" w14:textId="77777777" w:rsidR="00D47551" w:rsidRDefault="00B01125">
            <w:pPr>
              <w:keepLines/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>№</w:t>
            </w:r>
          </w:p>
        </w:tc>
        <w:tc>
          <w:tcPr>
            <w:tcW w:w="5213" w:type="dxa"/>
            <w:tcBorders>
              <w:top w:val="single" w:sz="6" w:space="0" w:color="0A315D"/>
              <w:left w:val="single" w:sz="4" w:space="0" w:color="FFFFFF"/>
              <w:bottom w:val="single" w:sz="6" w:space="0" w:color="0A315D"/>
              <w:right w:val="single" w:sz="4" w:space="0" w:color="FFFFFF"/>
            </w:tcBorders>
            <w:shd w:val="clear" w:color="auto" w:fill="0A315D"/>
            <w:vAlign w:val="center"/>
          </w:tcPr>
          <w:p w14:paraId="52FC7142" w14:textId="77777777" w:rsidR="00D47551" w:rsidRDefault="00B01125">
            <w:pPr>
              <w:keepLines/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>Наименование соревнований</w:t>
            </w:r>
          </w:p>
        </w:tc>
        <w:tc>
          <w:tcPr>
            <w:tcW w:w="2232" w:type="dxa"/>
            <w:tcBorders>
              <w:top w:val="single" w:sz="6" w:space="0" w:color="0A315D"/>
              <w:left w:val="single" w:sz="4" w:space="0" w:color="FFFFFF"/>
              <w:bottom w:val="single" w:sz="6" w:space="0" w:color="0A315D"/>
              <w:right w:val="single" w:sz="4" w:space="0" w:color="FFFFFF"/>
            </w:tcBorders>
            <w:shd w:val="clear" w:color="auto" w:fill="0A315D"/>
            <w:vAlign w:val="center"/>
          </w:tcPr>
          <w:p w14:paraId="3991C559" w14:textId="77777777" w:rsidR="00D47551" w:rsidRDefault="00B01125">
            <w:pPr>
              <w:keepLines/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>Место проведения</w:t>
            </w:r>
          </w:p>
        </w:tc>
        <w:tc>
          <w:tcPr>
            <w:tcW w:w="2477" w:type="dxa"/>
            <w:tcBorders>
              <w:top w:val="single" w:sz="6" w:space="0" w:color="0A315D"/>
              <w:left w:val="single" w:sz="4" w:space="0" w:color="FFFFFF"/>
              <w:bottom w:val="single" w:sz="6" w:space="0" w:color="0A315D"/>
              <w:right w:val="single" w:sz="4" w:space="0" w:color="FFFFFF"/>
            </w:tcBorders>
            <w:shd w:val="clear" w:color="auto" w:fill="0A315D"/>
            <w:vAlign w:val="center"/>
          </w:tcPr>
          <w:p w14:paraId="284CAF0A" w14:textId="77777777" w:rsidR="00D47551" w:rsidRDefault="00B01125">
            <w:pPr>
              <w:keepLines/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>Сроки</w:t>
            </w:r>
          </w:p>
        </w:tc>
        <w:tc>
          <w:tcPr>
            <w:tcW w:w="1872" w:type="dxa"/>
            <w:tcBorders>
              <w:top w:val="single" w:sz="6" w:space="0" w:color="0A315D"/>
              <w:left w:val="single" w:sz="4" w:space="0" w:color="FFFFFF"/>
              <w:bottom w:val="single" w:sz="6" w:space="0" w:color="0A315D"/>
              <w:right w:val="single" w:sz="4" w:space="0" w:color="FFFFFF"/>
            </w:tcBorders>
            <w:shd w:val="clear" w:color="auto" w:fill="0A315D"/>
            <w:vAlign w:val="center"/>
          </w:tcPr>
          <w:p w14:paraId="20E3E5F5" w14:textId="77777777" w:rsidR="00D47551" w:rsidRDefault="00B01125">
            <w:pPr>
              <w:keepLines/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>Возраст</w:t>
            </w:r>
          </w:p>
        </w:tc>
        <w:tc>
          <w:tcPr>
            <w:tcW w:w="2938" w:type="dxa"/>
            <w:tcBorders>
              <w:top w:val="single" w:sz="6" w:space="0" w:color="0A315D"/>
              <w:left w:val="single" w:sz="4" w:space="0" w:color="FFFFFF"/>
              <w:bottom w:val="single" w:sz="6" w:space="0" w:color="0A315D"/>
              <w:right w:val="single" w:sz="4" w:space="0" w:color="FFFFFF"/>
            </w:tcBorders>
            <w:shd w:val="clear" w:color="auto" w:fill="0A315D"/>
            <w:vAlign w:val="center"/>
          </w:tcPr>
          <w:p w14:paraId="61F99AE1" w14:textId="77777777" w:rsidR="00D47551" w:rsidRDefault="00B01125">
            <w:pPr>
              <w:keepLines/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>Организатор / ответственный</w:t>
            </w:r>
          </w:p>
        </w:tc>
      </w:tr>
      <w:tr w:rsidR="00D47551" w14:paraId="1183DB62" w14:textId="77777777">
        <w:trPr>
          <w:jc w:val="center"/>
        </w:trPr>
        <w:tc>
          <w:tcPr>
            <w:tcW w:w="15279" w:type="dxa"/>
            <w:gridSpan w:val="6"/>
            <w:shd w:val="clear" w:color="auto" w:fill="135CA8"/>
            <w:vAlign w:val="center"/>
          </w:tcPr>
          <w:p w14:paraId="002B2054" w14:textId="77777777" w:rsidR="00D47551" w:rsidRDefault="00B01125">
            <w:pPr>
              <w:keepLines/>
              <w:spacing w:after="0"/>
            </w:pPr>
            <w:r>
              <w:rPr>
                <w:b/>
                <w:color w:val="FFFFFF"/>
              </w:rPr>
              <w:t>2026 год</w:t>
            </w:r>
          </w:p>
        </w:tc>
      </w:tr>
      <w:tr w:rsidR="00D47551" w14:paraId="26EAD721" w14:textId="77777777">
        <w:trPr>
          <w:jc w:val="center"/>
        </w:trPr>
        <w:tc>
          <w:tcPr>
            <w:tcW w:w="54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8FAFC"/>
            <w:vAlign w:val="center"/>
          </w:tcPr>
          <w:p w14:paraId="0A84002B" w14:textId="77777777" w:rsidR="00D47551" w:rsidRDefault="00B01125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1</w:t>
            </w:r>
          </w:p>
        </w:tc>
        <w:tc>
          <w:tcPr>
            <w:tcW w:w="5213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8FAFC"/>
            <w:vAlign w:val="center"/>
          </w:tcPr>
          <w:p w14:paraId="050730FF" w14:textId="77777777" w:rsidR="00D47551" w:rsidRDefault="00B01125">
            <w:pPr>
              <w:keepLines/>
              <w:spacing w:after="0" w:line="228" w:lineRule="auto"/>
            </w:pPr>
            <w:r>
              <w:rPr>
                <w:color w:val="142332"/>
                <w:sz w:val="14"/>
              </w:rPr>
              <w:t>Чемпионат России</w:t>
            </w:r>
          </w:p>
        </w:tc>
        <w:tc>
          <w:tcPr>
            <w:tcW w:w="223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8FAFC"/>
            <w:vAlign w:val="center"/>
          </w:tcPr>
          <w:p w14:paraId="7FEF5538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Южно-Сахалинск</w:t>
            </w:r>
          </w:p>
        </w:tc>
        <w:tc>
          <w:tcPr>
            <w:tcW w:w="247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8FAFC"/>
            <w:vAlign w:val="center"/>
          </w:tcPr>
          <w:p w14:paraId="1BA54CA6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11–13 сентября 2026 г.</w:t>
            </w:r>
          </w:p>
        </w:tc>
        <w:tc>
          <w:tcPr>
            <w:tcW w:w="187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8FAFC"/>
            <w:vAlign w:val="center"/>
          </w:tcPr>
          <w:p w14:paraId="2F7A3939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18+</w:t>
            </w:r>
          </w:p>
        </w:tc>
        <w:tc>
          <w:tcPr>
            <w:tcW w:w="2938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8FAFC"/>
            <w:vAlign w:val="center"/>
          </w:tcPr>
          <w:p w14:paraId="7EF20D08" w14:textId="77777777" w:rsidR="00D47551" w:rsidRDefault="00B01125">
            <w:pPr>
              <w:keepLines/>
              <w:spacing w:after="0" w:line="228" w:lineRule="auto"/>
            </w:pPr>
            <w:r>
              <w:rPr>
                <w:color w:val="142332"/>
                <w:sz w:val="14"/>
              </w:rPr>
              <w:t>ФКР</w:t>
            </w:r>
          </w:p>
        </w:tc>
      </w:tr>
      <w:tr w:rsidR="00D47551" w14:paraId="794E1D96" w14:textId="77777777">
        <w:trPr>
          <w:jc w:val="center"/>
        </w:trPr>
        <w:tc>
          <w:tcPr>
            <w:tcW w:w="54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1A4BE422" w14:textId="77777777" w:rsidR="00D47551" w:rsidRDefault="00B01125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2</w:t>
            </w:r>
          </w:p>
        </w:tc>
        <w:tc>
          <w:tcPr>
            <w:tcW w:w="5213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6C7BA957" w14:textId="77777777" w:rsidR="00D47551" w:rsidRDefault="00B01125">
            <w:pPr>
              <w:keepLines/>
              <w:spacing w:after="0" w:line="228" w:lineRule="auto"/>
            </w:pPr>
            <w:r>
              <w:rPr>
                <w:color w:val="142332"/>
                <w:sz w:val="14"/>
              </w:rPr>
              <w:t>Открытый областной турнир «Осенние старты 2026»</w:t>
            </w:r>
          </w:p>
        </w:tc>
        <w:tc>
          <w:tcPr>
            <w:tcW w:w="223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5F1C6943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г. Ростов-на-Дону</w:t>
            </w:r>
          </w:p>
        </w:tc>
        <w:tc>
          <w:tcPr>
            <w:tcW w:w="247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5FFF1684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13 сентября 2026 г.</w:t>
            </w:r>
          </w:p>
        </w:tc>
        <w:tc>
          <w:tcPr>
            <w:tcW w:w="187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580FA45D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8-17 лет</w:t>
            </w:r>
          </w:p>
        </w:tc>
        <w:tc>
          <w:tcPr>
            <w:tcW w:w="2938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6B215887" w14:textId="77777777" w:rsidR="00D47551" w:rsidRDefault="00B01125">
            <w:pPr>
              <w:keepLines/>
              <w:spacing w:after="0" w:line="228" w:lineRule="auto"/>
            </w:pPr>
            <w:r>
              <w:rPr>
                <w:b/>
                <w:color w:val="142332"/>
                <w:sz w:val="14"/>
              </w:rPr>
              <w:t>ФКРО Лащёнов А.А.</w:t>
            </w:r>
          </w:p>
        </w:tc>
      </w:tr>
      <w:tr w:rsidR="00D47551" w14:paraId="315EF5B5" w14:textId="77777777">
        <w:trPr>
          <w:jc w:val="center"/>
        </w:trPr>
        <w:tc>
          <w:tcPr>
            <w:tcW w:w="54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D9EAF7"/>
            <w:vAlign w:val="center"/>
          </w:tcPr>
          <w:p w14:paraId="44D20EEF" w14:textId="77777777" w:rsidR="00D47551" w:rsidRDefault="00B01125">
            <w:pPr>
              <w:spacing w:after="0" w:line="228" w:lineRule="auto"/>
              <w:jc w:val="center"/>
            </w:pPr>
            <w:r>
              <w:rPr>
                <w:b/>
                <w:color w:val="B71C1C"/>
                <w:sz w:val="14"/>
              </w:rPr>
              <w:t>★ 3</w:t>
            </w:r>
          </w:p>
        </w:tc>
        <w:tc>
          <w:tcPr>
            <w:tcW w:w="5213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8FAFC"/>
            <w:vAlign w:val="center"/>
          </w:tcPr>
          <w:p w14:paraId="4993C203" w14:textId="77777777" w:rsidR="00D47551" w:rsidRDefault="00B01125">
            <w:pPr>
              <w:keepLines/>
              <w:spacing w:after="0" w:line="228" w:lineRule="auto"/>
            </w:pPr>
            <w:r>
              <w:rPr>
                <w:b w:val="0"/>
                <w:color w:val="0A315D"/>
                <w:sz w:val="14"/>
              </w:rPr>
              <w:t>Всероссийские соревнования «Кубок Орла» этап Кубка России</w:t>
            </w:r>
          </w:p>
        </w:tc>
        <w:tc>
          <w:tcPr>
            <w:tcW w:w="223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8FAFC"/>
            <w:vAlign w:val="center"/>
          </w:tcPr>
          <w:p w14:paraId="4486C91A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Орёл</w:t>
            </w:r>
          </w:p>
        </w:tc>
        <w:tc>
          <w:tcPr>
            <w:tcW w:w="247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8FAFC"/>
            <w:vAlign w:val="center"/>
          </w:tcPr>
          <w:p w14:paraId="01DDC663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25–27 сентября 2026 г.</w:t>
            </w:r>
          </w:p>
        </w:tc>
        <w:tc>
          <w:tcPr>
            <w:tcW w:w="187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8FAFC"/>
            <w:vAlign w:val="center"/>
          </w:tcPr>
          <w:p w14:paraId="34107292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8 лет и старше</w:t>
            </w:r>
          </w:p>
        </w:tc>
        <w:tc>
          <w:tcPr>
            <w:tcW w:w="2938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8FAFC"/>
            <w:vAlign w:val="center"/>
          </w:tcPr>
          <w:p w14:paraId="76082421" w14:textId="77777777" w:rsidR="00D47551" w:rsidRDefault="00B01125">
            <w:pPr>
              <w:keepLines/>
              <w:spacing w:after="0" w:line="228" w:lineRule="auto"/>
            </w:pPr>
            <w:r>
              <w:rPr>
                <w:color w:val="142332"/>
                <w:sz w:val="14"/>
              </w:rPr>
              <w:t>ФК Орловской области</w:t>
            </w:r>
          </w:p>
        </w:tc>
      </w:tr>
      <w:tr w:rsidR="00D47551" w14:paraId="794E1D96" w14:textId="77777777">
        <w:trPr>
          <w:jc w:val="center"/>
        </w:trPr>
        <w:tc>
          <w:tcPr>
            <w:tcW w:w="54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1A4BE422" w14:textId="77777777" w:rsidR="00D47551" w:rsidRDefault="00B01125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4</w:t>
            </w:r>
          </w:p>
        </w:tc>
        <w:tc>
          <w:tcPr>
            <w:tcW w:w="5213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6C7BA957" w14:textId="77777777" w:rsidR="00D47551" w:rsidRDefault="00B01125">
            <w:pPr>
              <w:keepLines/>
              <w:spacing w:after="0" w:line="228" w:lineRule="auto"/>
            </w:pPr>
            <w:r>
              <w:rPr>
                <w:b w:val="0"/>
                <w:sz w:val="14"/>
              </w:rPr>
              <w:t>Второй фестиваль боевых искусств</w:t>
            </w:r>
          </w:p>
        </w:tc>
        <w:tc>
          <w:tcPr>
            <w:tcW w:w="223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5F1C6943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b w:val="0"/>
                <w:sz w:val="14"/>
              </w:rPr>
              <w:t>г. Азов</w:t>
            </w:r>
          </w:p>
        </w:tc>
        <w:tc>
          <w:tcPr>
            <w:tcW w:w="247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5FFF1684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b w:val="0"/>
                <w:sz w:val="14"/>
              </w:rPr>
              <w:t>26 сентября 2026 г.</w:t>
            </w:r>
          </w:p>
        </w:tc>
        <w:tc>
          <w:tcPr>
            <w:tcW w:w="187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580FA45D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b w:val="0"/>
                <w:sz w:val="14"/>
              </w:rPr>
              <w:t>6–15 лет</w:t>
            </w:r>
          </w:p>
        </w:tc>
        <w:tc>
          <w:tcPr>
            <w:tcW w:w="2938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6B215887" w14:textId="77777777" w:rsidR="00D47551" w:rsidRDefault="00B01125">
            <w:pPr>
              <w:keepLines/>
              <w:spacing w:after="0" w:line="228" w:lineRule="auto"/>
            </w:pPr>
            <w:r>
              <w:rPr>
                <w:b/>
                <w:sz w:val="14"/>
              </w:rPr>
              <w:t>ФКРО / Одовенко С.В.</w:t>
            </w:r>
          </w:p>
        </w:tc>
      </w:tr>
      <w:tr w:rsidR="00D47551" w14:paraId="315EF5B5" w14:textId="77777777">
        <w:trPr>
          <w:jc w:val="center"/>
        </w:trPr>
        <w:tc>
          <w:tcPr>
            <w:tcW w:w="54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8FAFC"/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5</w:t>
            </w:r>
          </w:p>
        </w:tc>
        <w:tc>
          <w:tcPr>
            <w:tcW w:w="5213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8FAFC"/>
            <w:vAlign w:val="center"/>
          </w:tcPr>
          <w:p>
            <w:pPr>
              <w:keepLines/>
              <w:spacing w:after="0" w:line="228" w:lineRule="auto"/>
            </w:pPr>
            <w:r>
              <w:rPr>
                <w:b w:val="0"/>
                <w:sz w:val="14"/>
              </w:rPr>
              <w:t>Открытый Турнир Республики Адыгея по каратэ «Южный Федеральный Округ»</w:t>
            </w:r>
          </w:p>
        </w:tc>
        <w:tc>
          <w:tcPr>
            <w:tcW w:w="223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8FAFC"/>
            <w:vAlign w:val="center"/>
          </w:tcPr>
          <w:p>
            <w:pPr>
              <w:keepLines/>
              <w:spacing w:after="0" w:line="228" w:lineRule="auto"/>
              <w:jc w:val="center"/>
            </w:pPr>
            <w:r>
              <w:rPr>
                <w:b w:val="0"/>
                <w:sz w:val="14"/>
              </w:rPr>
              <w:t>г. Майкоп, Республика Адыгея</w:t>
            </w:r>
          </w:p>
        </w:tc>
        <w:tc>
          <w:tcPr>
            <w:tcW w:w="247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8FAFC"/>
            <w:vAlign w:val="center"/>
          </w:tcPr>
          <w:p>
            <w:pPr>
              <w:keepLines/>
              <w:spacing w:after="0" w:line="228" w:lineRule="auto"/>
              <w:jc w:val="center"/>
            </w:pPr>
            <w:r>
              <w:rPr>
                <w:b w:val="0"/>
                <w:sz w:val="14"/>
              </w:rPr>
              <w:t>3 октября 2026 г.</w:t>
            </w:r>
          </w:p>
        </w:tc>
        <w:tc>
          <w:tcPr>
            <w:tcW w:w="187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8FAFC"/>
            <w:vAlign w:val="center"/>
          </w:tcPr>
          <w:p>
            <w:pPr>
              <w:keepLines/>
              <w:spacing w:after="0" w:line="228" w:lineRule="auto"/>
              <w:jc w:val="center"/>
            </w:pPr>
            <w:r>
              <w:rPr>
                <w:b w:val="0"/>
                <w:sz w:val="14"/>
              </w:rPr>
              <w:t>6–15 лет</w:t>
            </w:r>
          </w:p>
        </w:tc>
        <w:tc>
          <w:tcPr>
            <w:tcW w:w="2938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8FAFC"/>
            <w:vAlign w:val="center"/>
          </w:tcPr>
          <w:p>
            <w:pPr>
              <w:keepLines/>
              <w:spacing w:after="0" w:line="228" w:lineRule="auto"/>
            </w:pPr>
            <w:r>
              <w:rPr>
                <w:b w:val="0"/>
                <w:sz w:val="14"/>
              </w:rPr>
              <w:t>АРОО «Федерация Каратэ Республики Адыгея»</w:t>
            </w:r>
          </w:p>
        </w:tc>
      </w:tr>
      <w:tr w:rsidR="00D47551" w14:paraId="315EF5B5" w14:textId="77777777">
        <w:trPr>
          <w:jc w:val="center"/>
        </w:trPr>
        <w:tc>
          <w:tcPr>
            <w:tcW w:w="54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8FAFC"/>
            <w:vAlign w:val="center"/>
          </w:tcPr>
          <w:p w14:paraId="44D20EEF" w14:textId="77777777" w:rsidR="00D47551" w:rsidRDefault="00B01125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6</w:t>
            </w:r>
          </w:p>
        </w:tc>
        <w:tc>
          <w:tcPr>
            <w:tcW w:w="5213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8FAFC"/>
            <w:vAlign w:val="center"/>
          </w:tcPr>
          <w:p w14:paraId="4993C203" w14:textId="77777777" w:rsidR="00D47551" w:rsidRDefault="00B01125">
            <w:pPr>
              <w:keepLines/>
              <w:spacing w:after="0" w:line="228" w:lineRule="auto"/>
            </w:pPr>
            <w:r>
              <w:rPr>
                <w:b w:val="0"/>
                <w:sz w:val="14"/>
              </w:rPr>
              <w:t>Открытый Кубок Республики Адыгея по каратэ</w:t>
            </w:r>
          </w:p>
        </w:tc>
        <w:tc>
          <w:tcPr>
            <w:tcW w:w="223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8FAFC"/>
            <w:vAlign w:val="center"/>
          </w:tcPr>
          <w:p w14:paraId="4486C91A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b w:val="0"/>
                <w:sz w:val="14"/>
              </w:rPr>
              <w:t>г. Майкоп, Республика Адыгея</w:t>
            </w:r>
          </w:p>
        </w:tc>
        <w:tc>
          <w:tcPr>
            <w:tcW w:w="247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8FAFC"/>
            <w:vAlign w:val="center"/>
          </w:tcPr>
          <w:p w14:paraId="01DDC663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b w:val="0"/>
                <w:sz w:val="14"/>
              </w:rPr>
              <w:t>3–4 октября 2026 г.</w:t>
            </w:r>
          </w:p>
        </w:tc>
        <w:tc>
          <w:tcPr>
            <w:tcW w:w="187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8FAFC"/>
            <w:vAlign w:val="center"/>
          </w:tcPr>
          <w:p w14:paraId="34107292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b w:val="0"/>
                <w:sz w:val="14"/>
              </w:rPr>
              <w:t>18+</w:t>
            </w:r>
          </w:p>
        </w:tc>
        <w:tc>
          <w:tcPr>
            <w:tcW w:w="2938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8FAFC"/>
            <w:vAlign w:val="center"/>
          </w:tcPr>
          <w:p w14:paraId="76082421" w14:textId="77777777" w:rsidR="00D47551" w:rsidRDefault="00B01125">
            <w:pPr>
              <w:keepLines/>
              <w:spacing w:after="0" w:line="228" w:lineRule="auto"/>
            </w:pPr>
            <w:r>
              <w:rPr>
                <w:b w:val="0"/>
                <w:sz w:val="14"/>
              </w:rPr>
              <w:t>АРОО «Федерация Каратэ Республики Адыгея» / Комитет Республики Адыгея по физической культуре и спорту</w:t>
            </w:r>
          </w:p>
        </w:tc>
      </w:tr>
      <w:tr w:rsidR="00D47551" w14:paraId="315EF5B5" w14:textId="77777777">
        <w:trPr>
          <w:jc w:val="center"/>
        </w:trPr>
        <w:tc>
          <w:tcPr>
            <w:tcW w:w="54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8FAFC"/>
            <w:vAlign w:val="center"/>
          </w:tcPr>
          <w:p w14:paraId="44D20EEF" w14:textId="77777777" w:rsidR="00D47551" w:rsidRDefault="00B01125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7</w:t>
            </w:r>
          </w:p>
        </w:tc>
        <w:tc>
          <w:tcPr>
            <w:tcW w:w="5213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8FAFC"/>
            <w:vAlign w:val="center"/>
          </w:tcPr>
          <w:p w14:paraId="4993C203" w14:textId="77777777" w:rsidR="00D47551" w:rsidRDefault="00B01125">
            <w:pPr>
              <w:keepLines/>
              <w:spacing w:after="0" w:line="228" w:lineRule="auto"/>
            </w:pPr>
            <w:r>
              <w:rPr>
                <w:b w:val="0"/>
                <w:sz w:val="14"/>
              </w:rPr>
              <w:t>Первенство ЮФО</w:t>
            </w:r>
          </w:p>
        </w:tc>
        <w:tc>
          <w:tcPr>
            <w:tcW w:w="223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8FAFC"/>
            <w:vAlign w:val="center"/>
          </w:tcPr>
          <w:p w14:paraId="4486C91A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b w:val="0"/>
                <w:sz w:val="14"/>
              </w:rPr>
              <w:t>г. Майкоп, Республика Адыгея</w:t>
            </w:r>
          </w:p>
        </w:tc>
        <w:tc>
          <w:tcPr>
            <w:tcW w:w="247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8FAFC"/>
            <w:vAlign w:val="center"/>
          </w:tcPr>
          <w:p w14:paraId="01DDC663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b w:val="0"/>
                <w:sz w:val="14"/>
              </w:rPr>
              <w:t>4 октября 2026 г.</w:t>
            </w:r>
          </w:p>
        </w:tc>
        <w:tc>
          <w:tcPr>
            <w:tcW w:w="187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8FAFC"/>
            <w:vAlign w:val="center"/>
          </w:tcPr>
          <w:p>
            <w:pPr>
              <w:keepLines/>
              <w:spacing w:after="0" w:line="228" w:lineRule="auto"/>
              <w:jc w:val="center"/>
            </w:pPr>
            <w:r>
              <w:rPr>
                <w:b w:val="0"/>
                <w:sz w:val="14"/>
              </w:rPr>
              <w:t>10–20 лет</w:t>
            </w:r>
          </w:p>
        </w:tc>
        <w:tc>
          <w:tcPr>
            <w:tcW w:w="2938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8FAFC"/>
            <w:vAlign w:val="center"/>
          </w:tcPr>
          <w:p w14:paraId="76082421" w14:textId="77777777" w:rsidR="00D47551" w:rsidRDefault="00B01125">
            <w:pPr>
              <w:keepLines/>
              <w:spacing w:after="0" w:line="228" w:lineRule="auto"/>
            </w:pPr>
            <w:r>
              <w:rPr>
                <w:b w:val="0"/>
                <w:sz w:val="14"/>
              </w:rPr>
              <w:t>АРОО «Федерация Каратэ Республики Адыгея»</w:t>
            </w:r>
          </w:p>
        </w:tc>
      </w:tr>
      <w:tr w:rsidR="00D47551" w14:paraId="24C3D35F" w14:textId="77777777">
        <w:trPr>
          <w:jc w:val="center"/>
        </w:trPr>
        <w:tc>
          <w:tcPr>
            <w:tcW w:w="54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2304F400" w14:textId="77777777" w:rsidR="00D47551" w:rsidRDefault="00B01125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8</w:t>
            </w:r>
          </w:p>
        </w:tc>
        <w:tc>
          <w:tcPr>
            <w:tcW w:w="5213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10117646" w14:textId="77777777" w:rsidR="00D47551" w:rsidRDefault="00B01125">
            <w:pPr>
              <w:keepLines/>
              <w:spacing w:after="0" w:line="228" w:lineRule="auto"/>
            </w:pPr>
            <w:r>
              <w:rPr>
                <w:color w:val="142332"/>
                <w:sz w:val="14"/>
              </w:rPr>
              <w:t>«Надежды Пересвета»</w:t>
            </w:r>
          </w:p>
        </w:tc>
        <w:tc>
          <w:tcPr>
            <w:tcW w:w="223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08F31FD8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г. Ростов-на-Дону</w:t>
            </w:r>
          </w:p>
        </w:tc>
        <w:tc>
          <w:tcPr>
            <w:tcW w:w="247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72194EB9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b w:val="0"/>
                <w:sz w:val="14"/>
              </w:rPr>
              <w:t>11 октября 2026 г.</w:t>
            </w:r>
          </w:p>
        </w:tc>
        <w:tc>
          <w:tcPr>
            <w:tcW w:w="187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4FEE0452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b w:val="0"/>
                <w:sz w:val="14"/>
              </w:rPr>
              <w:t>6–13 лет</w:t>
            </w:r>
          </w:p>
        </w:tc>
        <w:tc>
          <w:tcPr>
            <w:tcW w:w="2938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79289407" w14:textId="77777777" w:rsidR="00D47551" w:rsidRDefault="00B01125">
            <w:pPr>
              <w:keepLines/>
              <w:spacing w:after="0" w:line="228" w:lineRule="auto"/>
            </w:pPr>
            <w:r>
              <w:rPr>
                <w:b/>
                <w:color w:val="142332"/>
                <w:sz w:val="14"/>
              </w:rPr>
              <w:t>ФКРО / Дзадзамия В. / Зарубина И.</w:t>
            </w:r>
          </w:p>
        </w:tc>
      </w:tr>
      <w:tr w:rsidR="00D47551" w14:paraId="050FE263" w14:textId="77777777">
        <w:trPr>
          <w:jc w:val="center"/>
        </w:trPr>
        <w:tc>
          <w:tcPr>
            <w:tcW w:w="54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D9EAF7"/>
            <w:vAlign w:val="center"/>
          </w:tcPr>
          <w:p w14:paraId="07909C89" w14:textId="77777777" w:rsidR="00D47551" w:rsidRDefault="00B01125">
            <w:pPr>
              <w:spacing w:after="0" w:line="228" w:lineRule="auto"/>
              <w:jc w:val="center"/>
            </w:pPr>
            <w:r>
              <w:rPr>
                <w:b/>
                <w:color w:val="B71C1C"/>
                <w:sz w:val="14"/>
              </w:rPr>
              <w:t>★ 9</w:t>
            </w:r>
          </w:p>
        </w:tc>
        <w:tc>
          <w:tcPr>
            <w:tcW w:w="5213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51D1F003" w14:textId="77777777" w:rsidR="00D47551" w:rsidRDefault="00B01125">
            <w:pPr>
              <w:keepLines/>
              <w:spacing w:after="0" w:line="228" w:lineRule="auto"/>
            </w:pPr>
            <w:r>
              <w:rPr>
                <w:b w:val="0"/>
                <w:color w:val="0A315D"/>
                <w:sz w:val="14"/>
              </w:rPr>
              <w:t>Чемпионат и Первенство Ростовской области 2026</w:t>
            </w:r>
          </w:p>
        </w:tc>
        <w:tc>
          <w:tcPr>
            <w:tcW w:w="223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7DF17E6D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г. Ростов-на-Дону</w:t>
            </w:r>
          </w:p>
        </w:tc>
        <w:tc>
          <w:tcPr>
            <w:tcW w:w="247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348C058C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24–25 октября 2026 г.</w:t>
            </w:r>
          </w:p>
        </w:tc>
        <w:tc>
          <w:tcPr>
            <w:tcW w:w="187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7ABD9F8D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12 лет и старше</w:t>
            </w:r>
          </w:p>
        </w:tc>
        <w:tc>
          <w:tcPr>
            <w:tcW w:w="2938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579EE04E" w14:textId="77777777" w:rsidR="00D47551" w:rsidRDefault="00B01125">
            <w:pPr>
              <w:keepLines/>
              <w:spacing w:after="0" w:line="228" w:lineRule="auto"/>
            </w:pPr>
            <w:r>
              <w:rPr>
                <w:b/>
                <w:color w:val="142332"/>
                <w:sz w:val="14"/>
              </w:rPr>
              <w:t>ФКРО Пискарёв Н.Н.</w:t>
            </w:r>
          </w:p>
        </w:tc>
      </w:tr>
      <w:tr w:rsidR="00D47551" w14:paraId="7AA4062B" w14:textId="77777777">
        <w:trPr>
          <w:jc w:val="center"/>
        </w:trPr>
        <w:tc>
          <w:tcPr>
            <w:tcW w:w="54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vAlign w:val="center"/>
          </w:tcPr>
          <w:p w14:paraId="4D6C9F78" w14:textId="77777777" w:rsidR="00D47551" w:rsidRDefault="00B01125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10</w:t>
            </w:r>
          </w:p>
        </w:tc>
        <w:tc>
          <w:tcPr>
            <w:tcW w:w="5213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vAlign w:val="center"/>
          </w:tcPr>
          <w:p w14:paraId="5B2E9E93" w14:textId="77777777" w:rsidR="00D47551" w:rsidRDefault="00B01125">
            <w:pPr>
              <w:keepLines/>
              <w:spacing w:after="0" w:line="228" w:lineRule="auto"/>
            </w:pPr>
            <w:r>
              <w:rPr>
                <w:color w:val="142332"/>
                <w:sz w:val="14"/>
              </w:rPr>
              <w:t>МС «Москва Вселенная каратэ»</w:t>
            </w:r>
          </w:p>
        </w:tc>
        <w:tc>
          <w:tcPr>
            <w:tcW w:w="223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vAlign w:val="center"/>
          </w:tcPr>
          <w:p w14:paraId="26866165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Москва</w:t>
            </w:r>
          </w:p>
        </w:tc>
        <w:tc>
          <w:tcPr>
            <w:tcW w:w="247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vAlign w:val="center"/>
          </w:tcPr>
          <w:p w14:paraId="0C531A10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29 октября – 2 ноября 2026 г.</w:t>
            </w:r>
          </w:p>
        </w:tc>
        <w:tc>
          <w:tcPr>
            <w:tcW w:w="187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vAlign w:val="center"/>
          </w:tcPr>
          <w:p w14:paraId="6B1B9E65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18+</w:t>
            </w:r>
          </w:p>
        </w:tc>
        <w:tc>
          <w:tcPr>
            <w:tcW w:w="2938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vAlign w:val="center"/>
          </w:tcPr>
          <w:p w14:paraId="1D986694" w14:textId="77777777" w:rsidR="00D47551" w:rsidRDefault="00B01125">
            <w:pPr>
              <w:keepLines/>
              <w:spacing w:after="0" w:line="228" w:lineRule="auto"/>
            </w:pPr>
            <w:r>
              <w:rPr>
                <w:color w:val="142332"/>
                <w:sz w:val="14"/>
              </w:rPr>
              <w:t>ФКР</w:t>
            </w:r>
          </w:p>
        </w:tc>
      </w:tr>
      <w:tr w:rsidR="00D47551" w14:paraId="3758EE08" w14:textId="77777777">
        <w:trPr>
          <w:jc w:val="center"/>
        </w:trPr>
        <w:tc>
          <w:tcPr>
            <w:tcW w:w="54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018D87A0" w14:textId="77777777" w:rsidR="00D47551" w:rsidRDefault="00B01125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11</w:t>
            </w:r>
          </w:p>
        </w:tc>
        <w:tc>
          <w:tcPr>
            <w:tcW w:w="5213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2D98BD19" w14:textId="77777777" w:rsidR="00D47551" w:rsidRDefault="00B01125">
            <w:pPr>
              <w:keepLines/>
              <w:spacing w:after="0" w:line="228" w:lineRule="auto"/>
            </w:pPr>
            <w:r>
              <w:rPr>
                <w:color w:val="142332"/>
                <w:sz w:val="14"/>
              </w:rPr>
              <w:t>Открытый фестиваль среди молодёжи «Юные надежды», 1-й этап</w:t>
            </w:r>
          </w:p>
        </w:tc>
        <w:tc>
          <w:tcPr>
            <w:tcW w:w="223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579B35DC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г. Ростов-на-Дону</w:t>
            </w:r>
          </w:p>
        </w:tc>
        <w:tc>
          <w:tcPr>
            <w:tcW w:w="247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786E0CBA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8 ноября 2026 г.</w:t>
            </w:r>
          </w:p>
        </w:tc>
        <w:tc>
          <w:tcPr>
            <w:tcW w:w="187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30EB2EF6" w14:textId="77777777" w:rsidR="00D47551" w:rsidRDefault="00B01125">
            <w:pPr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Уточняется</w:t>
            </w:r>
          </w:p>
        </w:tc>
        <w:tc>
          <w:tcPr>
            <w:tcW w:w="2938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497562B7" w14:textId="77777777" w:rsidR="00D47551" w:rsidRDefault="00B01125">
            <w:pPr>
              <w:keepLines/>
              <w:spacing w:after="0" w:line="228" w:lineRule="auto"/>
            </w:pPr>
            <w:r>
              <w:rPr>
                <w:b/>
                <w:color w:val="142332"/>
                <w:sz w:val="14"/>
              </w:rPr>
              <w:t>ФКРО / Лащенов А.А.</w:t>
            </w:r>
          </w:p>
        </w:tc>
      </w:tr>
      <w:tr w:rsidR="00D47551" w14:paraId="44A87F0F" w14:textId="77777777">
        <w:trPr>
          <w:jc w:val="center"/>
        </w:trPr>
        <w:tc>
          <w:tcPr>
            <w:tcW w:w="54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vAlign w:val="center"/>
            <w:shd w:fill="D9EAF7"/>
          </w:tcPr>
          <w:p w14:paraId="69B083CB" w14:textId="77777777" w:rsidR="00D47551" w:rsidRDefault="00B01125">
            <w:pPr>
              <w:spacing w:after="0" w:line="228" w:lineRule="auto"/>
              <w:jc w:val="center"/>
            </w:pPr>
            <w:r>
              <w:rPr>
                <w:b/>
                <w:color w:val="B71C1C"/>
                <w:sz w:val="14"/>
              </w:rPr>
              <w:t>★ 12</w:t>
            </w:r>
          </w:p>
        </w:tc>
        <w:tc>
          <w:tcPr>
            <w:tcW w:w="5213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vAlign w:val="center"/>
          </w:tcPr>
          <w:p w14:paraId="33BCE940" w14:textId="77777777" w:rsidR="00D47551" w:rsidRDefault="00B01125">
            <w:pPr>
              <w:spacing w:after="0" w:line="228" w:lineRule="auto"/>
            </w:pPr>
            <w:r>
              <w:rPr>
                <w:b w:val="0"/>
                <w:color w:val="0A315D"/>
                <w:sz w:val="14"/>
              </w:rPr>
              <w:t>ВС «Кубок Махачкалы»</w:t>
            </w:r>
          </w:p>
        </w:tc>
        <w:tc>
          <w:tcPr>
            <w:tcW w:w="223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vAlign w:val="center"/>
          </w:tcPr>
          <w:p w14:paraId="714D024E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г. Каспийск</w:t>
            </w:r>
          </w:p>
        </w:tc>
        <w:tc>
          <w:tcPr>
            <w:tcW w:w="247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vAlign w:val="center"/>
          </w:tcPr>
          <w:p w14:paraId="325E642C" w14:textId="77777777" w:rsidR="00D47551" w:rsidRDefault="00B01125">
            <w:pPr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6–9 ноября 2026 г.</w:t>
            </w:r>
          </w:p>
        </w:tc>
        <w:tc>
          <w:tcPr>
            <w:tcW w:w="187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vAlign w:val="center"/>
          </w:tcPr>
          <w:p w14:paraId="6A35ACCC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8 лет и старше</w:t>
            </w:r>
          </w:p>
        </w:tc>
        <w:tc>
          <w:tcPr>
            <w:tcW w:w="2938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vAlign w:val="center"/>
          </w:tcPr>
          <w:p w14:paraId="2832EC85" w14:textId="77777777" w:rsidR="00D47551" w:rsidRDefault="00B01125">
            <w:pPr>
              <w:spacing w:after="0" w:line="228" w:lineRule="auto"/>
            </w:pPr>
            <w:r>
              <w:rPr>
                <w:color w:val="142332"/>
                <w:sz w:val="14"/>
              </w:rPr>
              <w:t>ДФК</w:t>
            </w:r>
          </w:p>
        </w:tc>
      </w:tr>
      <w:tr w:rsidR="00D47551" w14:paraId="08616DFF" w14:textId="77777777">
        <w:trPr>
          <w:jc w:val="center"/>
        </w:trPr>
        <w:tc>
          <w:tcPr>
            <w:tcW w:w="54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D9EAF7"/>
            <w:vAlign w:val="center"/>
          </w:tcPr>
          <w:p w14:paraId="0F1F4D00" w14:textId="77777777" w:rsidR="00D47551" w:rsidRDefault="00B01125">
            <w:pPr>
              <w:spacing w:after="0" w:line="228" w:lineRule="auto"/>
              <w:jc w:val="center"/>
            </w:pPr>
            <w:r>
              <w:rPr>
                <w:b/>
                <w:color w:val="B71C1C"/>
                <w:sz w:val="14"/>
              </w:rPr>
              <w:t>★ 13</w:t>
            </w:r>
          </w:p>
        </w:tc>
        <w:tc>
          <w:tcPr>
            <w:tcW w:w="5213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8FAFC"/>
            <w:vAlign w:val="center"/>
          </w:tcPr>
          <w:p w14:paraId="3ED9B7B7" w14:textId="77777777" w:rsidR="00D47551" w:rsidRDefault="00B01125">
            <w:pPr>
              <w:keepLines/>
              <w:spacing w:after="0" w:line="228" w:lineRule="auto"/>
            </w:pPr>
            <w:r>
              <w:rPr>
                <w:b w:val="0"/>
                <w:color w:val="0A315D"/>
                <w:sz w:val="14"/>
              </w:rPr>
              <w:t>ВС «Кубок Дружбы»</w:t>
            </w:r>
          </w:p>
        </w:tc>
        <w:tc>
          <w:tcPr>
            <w:tcW w:w="223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8FAFC"/>
            <w:vAlign w:val="center"/>
          </w:tcPr>
          <w:p w14:paraId="4169C298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Тольятти</w:t>
            </w:r>
          </w:p>
        </w:tc>
        <w:tc>
          <w:tcPr>
            <w:tcW w:w="247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8FAFC"/>
            <w:vAlign w:val="center"/>
          </w:tcPr>
          <w:p w14:paraId="115B1644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13–15 ноября 2026 г.</w:t>
            </w:r>
          </w:p>
        </w:tc>
        <w:tc>
          <w:tcPr>
            <w:tcW w:w="187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8FAFC"/>
            <w:vAlign w:val="center"/>
          </w:tcPr>
          <w:p w14:paraId="6E71E865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10 лет и старше</w:t>
            </w:r>
          </w:p>
        </w:tc>
        <w:tc>
          <w:tcPr>
            <w:tcW w:w="2938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8FAFC"/>
            <w:vAlign w:val="center"/>
          </w:tcPr>
          <w:p w14:paraId="22ED65A7" w14:textId="77777777" w:rsidR="00D47551" w:rsidRDefault="00B01125">
            <w:pPr>
              <w:keepLines/>
              <w:spacing w:after="0" w:line="228" w:lineRule="auto"/>
            </w:pPr>
            <w:r>
              <w:rPr>
                <w:color w:val="142332"/>
                <w:sz w:val="14"/>
              </w:rPr>
              <w:t>ФКР / Самарская областная федерация каратэ / Юдин А.Э.</w:t>
            </w:r>
          </w:p>
        </w:tc>
      </w:tr>
      <w:tr w:rsidR="00D47551" w14:paraId="3DD20D85" w14:textId="77777777">
        <w:trPr>
          <w:jc w:val="center"/>
        </w:trPr>
        <w:tc>
          <w:tcPr>
            <w:tcW w:w="54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vAlign w:val="center"/>
          </w:tcPr>
          <w:p w14:paraId="1CC57734" w14:textId="77777777" w:rsidR="00D47551" w:rsidRDefault="00B01125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14</w:t>
            </w:r>
          </w:p>
        </w:tc>
        <w:tc>
          <w:tcPr>
            <w:tcW w:w="5213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vAlign w:val="center"/>
          </w:tcPr>
          <w:p w14:paraId="5E7AB5C5" w14:textId="77777777" w:rsidR="00D47551" w:rsidRDefault="00B01125">
            <w:pPr>
              <w:keepLines/>
              <w:spacing w:after="0" w:line="228" w:lineRule="auto"/>
            </w:pPr>
            <w:r>
              <w:rPr>
                <w:color w:val="142332"/>
                <w:sz w:val="14"/>
              </w:rPr>
              <w:t>Первенство России</w:t>
            </w:r>
          </w:p>
        </w:tc>
        <w:tc>
          <w:tcPr>
            <w:tcW w:w="223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vAlign w:val="center"/>
          </w:tcPr>
          <w:p w14:paraId="249C2308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пос. Сириус</w:t>
            </w:r>
          </w:p>
        </w:tc>
        <w:tc>
          <w:tcPr>
            <w:tcW w:w="247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vAlign w:val="center"/>
          </w:tcPr>
          <w:p w14:paraId="14F8A2EE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27–29 ноября 2026 г.</w:t>
            </w:r>
          </w:p>
        </w:tc>
        <w:tc>
          <w:tcPr>
            <w:tcW w:w="187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vAlign w:val="center"/>
          </w:tcPr>
          <w:p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10–20 лет</w:t>
            </w:r>
          </w:p>
        </w:tc>
        <w:tc>
          <w:tcPr>
            <w:tcW w:w="2938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vAlign w:val="center"/>
          </w:tcPr>
          <w:p w14:paraId="0FB214BB" w14:textId="77777777" w:rsidR="00D47551" w:rsidRDefault="00B01125">
            <w:pPr>
              <w:keepLines/>
              <w:spacing w:after="0" w:line="228" w:lineRule="auto"/>
            </w:pPr>
            <w:r>
              <w:rPr>
                <w:color w:val="142332"/>
                <w:sz w:val="14"/>
              </w:rPr>
              <w:t>ФКР</w:t>
            </w:r>
          </w:p>
        </w:tc>
      </w:tr>
      <w:tr w:rsidR="00D47551" w14:paraId="4907987D" w14:textId="77777777">
        <w:trPr>
          <w:jc w:val="center"/>
        </w:trPr>
        <w:tc>
          <w:tcPr>
            <w:tcW w:w="54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D9EAF7"/>
            <w:vAlign w:val="center"/>
          </w:tcPr>
          <w:p w14:paraId="3E5D7B03" w14:textId="77777777" w:rsidR="00D47551" w:rsidRDefault="00B01125">
            <w:pPr>
              <w:spacing w:after="0" w:line="228" w:lineRule="auto"/>
              <w:jc w:val="center"/>
            </w:pPr>
            <w:r>
              <w:rPr>
                <w:b/>
                <w:color w:val="B71C1C"/>
                <w:sz w:val="14"/>
              </w:rPr>
              <w:t>★ 15</w:t>
            </w:r>
          </w:p>
        </w:tc>
        <w:tc>
          <w:tcPr>
            <w:tcW w:w="5213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2344F7CF" w14:textId="77777777" w:rsidR="00D47551" w:rsidRDefault="00B01125">
            <w:pPr>
              <w:keepLines/>
              <w:spacing w:after="0" w:line="228" w:lineRule="auto"/>
            </w:pPr>
            <w:r>
              <w:rPr>
                <w:b w:val="0"/>
                <w:color w:val="0A315D"/>
                <w:sz w:val="14"/>
              </w:rPr>
              <w:t>Открытый областной турнир «Осень 2026»</w:t>
            </w:r>
          </w:p>
        </w:tc>
        <w:tc>
          <w:tcPr>
            <w:tcW w:w="223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27E3923F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г. Ростов-на-Дону</w:t>
            </w:r>
          </w:p>
        </w:tc>
        <w:tc>
          <w:tcPr>
            <w:tcW w:w="247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606E50C1" w14:textId="77777777" w:rsidR="00D47551" w:rsidRDefault="00B01125">
            <w:pPr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15 ноября 2026 г.</w:t>
            </w:r>
          </w:p>
        </w:tc>
        <w:tc>
          <w:tcPr>
            <w:tcW w:w="187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031CDC1A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6 лет и старше</w:t>
            </w:r>
          </w:p>
        </w:tc>
        <w:tc>
          <w:tcPr>
            <w:tcW w:w="2938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053478B6" w14:textId="77777777" w:rsidR="00D47551" w:rsidRDefault="00B01125">
            <w:pPr>
              <w:keepLines/>
              <w:spacing w:after="0" w:line="228" w:lineRule="auto"/>
            </w:pPr>
            <w:r>
              <w:rPr>
                <w:b/>
                <w:color w:val="142332"/>
                <w:sz w:val="14"/>
              </w:rPr>
              <w:t>ФКРО Пискарёв Н.Н.</w:t>
            </w:r>
          </w:p>
        </w:tc>
      </w:tr>
      <w:tr w:rsidR="00D47551" w14:paraId="5EF710D0" w14:textId="77777777">
        <w:trPr>
          <w:jc w:val="center"/>
        </w:trPr>
        <w:tc>
          <w:tcPr>
            <w:tcW w:w="54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vAlign w:val="center"/>
          </w:tcPr>
          <w:p w14:paraId="4371D0FE" w14:textId="77777777" w:rsidR="00D47551" w:rsidRDefault="00B01125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16</w:t>
            </w:r>
          </w:p>
        </w:tc>
        <w:tc>
          <w:tcPr>
            <w:tcW w:w="5213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vAlign w:val="center"/>
          </w:tcPr>
          <w:p w14:paraId="006B6D74" w14:textId="77777777" w:rsidR="00D47551" w:rsidRDefault="00B01125">
            <w:pPr>
              <w:keepLines/>
              <w:spacing w:after="0" w:line="228" w:lineRule="auto"/>
            </w:pPr>
            <w:r>
              <w:rPr>
                <w:color w:val="142332"/>
                <w:sz w:val="14"/>
              </w:rPr>
              <w:t>ВС «Тверской вызов»</w:t>
            </w:r>
          </w:p>
        </w:tc>
        <w:tc>
          <w:tcPr>
            <w:tcW w:w="223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vAlign w:val="center"/>
          </w:tcPr>
          <w:p w14:paraId="3452B210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г. Тверь</w:t>
            </w:r>
          </w:p>
        </w:tc>
        <w:tc>
          <w:tcPr>
            <w:tcW w:w="247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vAlign w:val="center"/>
          </w:tcPr>
          <w:p w14:paraId="6385EF1F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5–6 декабря 2026 г.</w:t>
            </w:r>
          </w:p>
        </w:tc>
        <w:tc>
          <w:tcPr>
            <w:tcW w:w="187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vAlign w:val="center"/>
          </w:tcPr>
          <w:p w14:paraId="24335F67" w14:textId="77777777" w:rsidR="00D47551" w:rsidRDefault="00B01125">
            <w:pPr>
              <w:spacing w:after="0" w:line="228" w:lineRule="auto"/>
              <w:jc w:val="center"/>
            </w:pPr>
            <w:r>
              <w:rPr>
                <w:sz w:val="14"/>
              </w:rPr>
              <w:t>10 лет и старше</w:t>
            </w:r>
          </w:p>
        </w:tc>
        <w:tc>
          <w:tcPr>
            <w:tcW w:w="2938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vAlign w:val="center"/>
          </w:tcPr>
          <w:p w14:paraId="61DFBA33" w14:textId="77777777" w:rsidR="00D47551" w:rsidRDefault="00B01125">
            <w:pPr>
              <w:keepLines/>
              <w:spacing w:after="0" w:line="228" w:lineRule="auto"/>
            </w:pPr>
            <w:r>
              <w:rPr>
                <w:color w:val="142332"/>
                <w:sz w:val="14"/>
              </w:rPr>
              <w:t>ФКР / Федерация каратэ Тверской области</w:t>
            </w:r>
          </w:p>
        </w:tc>
      </w:tr>
      <w:tr w:rsidR="00D47551" w14:paraId="619F94A7" w14:textId="77777777">
        <w:trPr>
          <w:jc w:val="center"/>
        </w:trPr>
        <w:tc>
          <w:tcPr>
            <w:tcW w:w="54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8FAFC"/>
            <w:vAlign w:val="center"/>
          </w:tcPr>
          <w:p w14:paraId="474CF70B" w14:textId="77777777" w:rsidR="00D47551" w:rsidRDefault="00B01125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17</w:t>
            </w:r>
          </w:p>
        </w:tc>
        <w:tc>
          <w:tcPr>
            <w:tcW w:w="5213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8FAFC"/>
            <w:vAlign w:val="center"/>
          </w:tcPr>
          <w:p w14:paraId="6EAE4805" w14:textId="77777777" w:rsidR="00D47551" w:rsidRDefault="00B01125">
            <w:pPr>
              <w:keepLines/>
              <w:spacing w:after="0" w:line="228" w:lineRule="auto"/>
            </w:pPr>
            <w:r>
              <w:rPr>
                <w:color w:val="142332"/>
                <w:sz w:val="14"/>
              </w:rPr>
              <w:t>Кубок России</w:t>
            </w:r>
          </w:p>
        </w:tc>
        <w:tc>
          <w:tcPr>
            <w:tcW w:w="223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8FAFC"/>
            <w:vAlign w:val="center"/>
          </w:tcPr>
          <w:p w14:paraId="2F0DDEA7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Москва</w:t>
            </w:r>
          </w:p>
        </w:tc>
        <w:tc>
          <w:tcPr>
            <w:tcW w:w="247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8FAFC"/>
            <w:vAlign w:val="center"/>
          </w:tcPr>
          <w:p w14:paraId="422389A7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11–13 декабря 2026 г.</w:t>
            </w:r>
          </w:p>
        </w:tc>
        <w:tc>
          <w:tcPr>
            <w:tcW w:w="187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8FAFC"/>
            <w:vAlign w:val="center"/>
          </w:tcPr>
          <w:p w14:paraId="6864B577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18+</w:t>
            </w:r>
          </w:p>
        </w:tc>
        <w:tc>
          <w:tcPr>
            <w:tcW w:w="2938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8FAFC"/>
            <w:vAlign w:val="center"/>
          </w:tcPr>
          <w:p w14:paraId="7A928259" w14:textId="77777777" w:rsidR="00D47551" w:rsidRDefault="00B01125">
            <w:pPr>
              <w:keepLines/>
              <w:spacing w:after="0" w:line="228" w:lineRule="auto"/>
            </w:pPr>
            <w:r>
              <w:rPr>
                <w:color w:val="142332"/>
                <w:sz w:val="14"/>
              </w:rPr>
              <w:t>ФКР</w:t>
            </w:r>
          </w:p>
        </w:tc>
      </w:tr>
      <w:tr w:rsidR="00D47551" w14:paraId="334357DF" w14:textId="77777777">
        <w:trPr>
          <w:jc w:val="center"/>
        </w:trPr>
        <w:tc>
          <w:tcPr>
            <w:tcW w:w="15279" w:type="dxa"/>
            <w:gridSpan w:val="6"/>
            <w:shd w:val="clear" w:color="auto" w:fill="135CA8"/>
            <w:vAlign w:val="center"/>
          </w:tcPr>
          <w:p w14:paraId="0E8F8739" w14:textId="77777777" w:rsidR="00D47551" w:rsidRDefault="00B01125">
            <w:pPr>
              <w:keepLines/>
              <w:spacing w:after="0"/>
            </w:pPr>
            <w:r>
              <w:rPr>
                <w:b/>
                <w:color w:val="FFFFFF"/>
              </w:rPr>
              <w:t>2027 год</w:t>
            </w:r>
          </w:p>
        </w:tc>
      </w:tr>
      <w:tr w:rsidR="00D47551" w14:paraId="72CBC69E" w14:textId="77777777">
        <w:trPr>
          <w:jc w:val="center"/>
        </w:trPr>
        <w:tc>
          <w:tcPr>
            <w:tcW w:w="54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4216C254" w14:textId="77777777" w:rsidR="00D47551" w:rsidRDefault="00B01125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18</w:t>
            </w:r>
          </w:p>
        </w:tc>
        <w:tc>
          <w:tcPr>
            <w:tcW w:w="5213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7E29ED6C" w14:textId="77777777" w:rsidR="00D47551" w:rsidRDefault="00B01125">
            <w:pPr>
              <w:keepLines/>
              <w:spacing w:after="0" w:line="228" w:lineRule="auto"/>
            </w:pPr>
            <w:r>
              <w:rPr>
                <w:color w:val="142332"/>
                <w:sz w:val="14"/>
              </w:rPr>
              <w:t>Учебно-тренировочные сборы по ката</w:t>
            </w:r>
          </w:p>
        </w:tc>
        <w:tc>
          <w:tcPr>
            <w:tcW w:w="223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2986516E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г. Ростов-на-Дону</w:t>
            </w:r>
          </w:p>
        </w:tc>
        <w:tc>
          <w:tcPr>
            <w:tcW w:w="247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20EEB2EB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5–6 января 2027 г.</w:t>
            </w:r>
          </w:p>
        </w:tc>
        <w:tc>
          <w:tcPr>
            <w:tcW w:w="187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00529F91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10 лет и старше</w:t>
            </w:r>
          </w:p>
        </w:tc>
        <w:tc>
          <w:tcPr>
            <w:tcW w:w="2938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7CC02802" w14:textId="77777777" w:rsidR="00D47551" w:rsidRDefault="00B01125">
            <w:pPr>
              <w:keepLines/>
              <w:spacing w:after="0" w:line="228" w:lineRule="auto"/>
            </w:pPr>
            <w:r>
              <w:rPr>
                <w:b/>
                <w:color w:val="142332"/>
                <w:sz w:val="14"/>
              </w:rPr>
              <w:t>ФКРО Пискарёв Н.Н.</w:t>
            </w:r>
          </w:p>
        </w:tc>
      </w:tr>
      <w:tr w:rsidR="00D47551" w14:paraId="794E1D96" w14:textId="77777777">
        <w:trPr>
          <w:jc w:val="center"/>
        </w:trPr>
        <w:tc>
          <w:tcPr>
            <w:tcW w:w="54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1A4BE422" w14:textId="77777777" w:rsidR="00D47551" w:rsidRDefault="00B01125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19</w:t>
            </w:r>
          </w:p>
        </w:tc>
        <w:tc>
          <w:tcPr>
            <w:tcW w:w="5213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6C7BA957" w14:textId="77777777" w:rsidR="00D47551" w:rsidRDefault="00B01125">
            <w:pPr>
              <w:keepLines/>
              <w:spacing w:after="0" w:line="228" w:lineRule="auto"/>
            </w:pPr>
            <w:r>
              <w:rPr>
                <w:b w:val="0"/>
                <w:sz w:val="14"/>
              </w:rPr>
              <w:t>Областной фестиваль «Звезды Пересвета»</w:t>
            </w:r>
          </w:p>
        </w:tc>
        <w:tc>
          <w:tcPr>
            <w:tcW w:w="223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5F1C6943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b w:val="0"/>
                <w:sz w:val="14"/>
              </w:rPr>
              <w:t>г. Ростов-на-Дону</w:t>
            </w:r>
          </w:p>
        </w:tc>
        <w:tc>
          <w:tcPr>
            <w:tcW w:w="247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5FFF1684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b w:val="0"/>
                <w:sz w:val="14"/>
              </w:rPr>
              <w:t>17 января 2027 г.</w:t>
            </w:r>
          </w:p>
        </w:tc>
        <w:tc>
          <w:tcPr>
            <w:tcW w:w="187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580FA45D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b w:val="0"/>
                <w:sz w:val="14"/>
              </w:rPr>
              <w:t>6–13 лет</w:t>
            </w:r>
          </w:p>
        </w:tc>
        <w:tc>
          <w:tcPr>
            <w:tcW w:w="2938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6B215887" w14:textId="77777777" w:rsidR="00D47551" w:rsidRDefault="00B01125">
            <w:pPr>
              <w:keepLines/>
              <w:spacing w:after="0" w:line="228" w:lineRule="auto"/>
            </w:pPr>
            <w:r>
              <w:rPr>
                <w:b/>
                <w:sz w:val="14"/>
              </w:rPr>
              <w:t>ФКРО / Дзадзамия В. / Зарубина И.</w:t>
            </w:r>
          </w:p>
        </w:tc>
      </w:tr>
      <w:tr w:rsidR="00D47551" w14:paraId="56D17E14" w14:textId="77777777">
        <w:trPr>
          <w:jc w:val="center"/>
        </w:trPr>
        <w:tc>
          <w:tcPr>
            <w:tcW w:w="54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398EC866" w14:textId="77777777" w:rsidR="00D47551" w:rsidRDefault="00B01125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20</w:t>
            </w:r>
          </w:p>
        </w:tc>
        <w:tc>
          <w:tcPr>
            <w:tcW w:w="5213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35AAC859" w14:textId="77777777" w:rsidR="00D47551" w:rsidRDefault="00B01125">
            <w:pPr>
              <w:spacing w:after="0" w:line="228" w:lineRule="auto"/>
            </w:pPr>
            <w:r>
              <w:rPr>
                <w:color w:val="142332"/>
                <w:sz w:val="14"/>
              </w:rPr>
              <w:t>Рождественский турнир</w:t>
            </w:r>
          </w:p>
        </w:tc>
        <w:tc>
          <w:tcPr>
            <w:tcW w:w="223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73D4C942" w14:textId="77777777" w:rsidR="00D47551" w:rsidRDefault="00B01125">
            <w:pPr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г. Ростов-на-Дону</w:t>
            </w:r>
          </w:p>
        </w:tc>
        <w:tc>
          <w:tcPr>
            <w:tcW w:w="247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4539DB64" w14:textId="77777777" w:rsidR="00D47551" w:rsidRDefault="00B01125">
            <w:pPr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24 января 2027 г.</w:t>
            </w:r>
          </w:p>
        </w:tc>
        <w:tc>
          <w:tcPr>
            <w:tcW w:w="187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57A27341" w14:textId="77777777" w:rsidR="00D47551" w:rsidRDefault="00B01125">
            <w:pPr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6–15 лет</w:t>
            </w:r>
          </w:p>
        </w:tc>
        <w:tc>
          <w:tcPr>
            <w:tcW w:w="2938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0E2C5BFC" w14:textId="77777777" w:rsidR="00D47551" w:rsidRDefault="00B01125">
            <w:pPr>
              <w:spacing w:after="0" w:line="228" w:lineRule="auto"/>
            </w:pPr>
            <w:r>
              <w:rPr>
                <w:b/>
                <w:color w:val="142332"/>
                <w:sz w:val="14"/>
              </w:rPr>
              <w:t>ФКРО / Лащенов А.А.</w:t>
            </w:r>
          </w:p>
        </w:tc>
      </w:tr>
      <w:tr w:rsidR="00D47551" w14:paraId="05FE6C0E" w14:textId="77777777">
        <w:trPr>
          <w:jc w:val="center"/>
        </w:trPr>
        <w:tc>
          <w:tcPr>
            <w:tcW w:w="54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8FAFC"/>
            <w:vAlign w:val="center"/>
          </w:tcPr>
          <w:p w14:paraId="3DDEB38F" w14:textId="77777777" w:rsidR="00D47551" w:rsidRDefault="00B01125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21</w:t>
            </w:r>
          </w:p>
        </w:tc>
        <w:tc>
          <w:tcPr>
            <w:tcW w:w="5213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8FAFC"/>
            <w:vAlign w:val="center"/>
          </w:tcPr>
          <w:p w14:paraId="239B5D2D" w14:textId="77777777" w:rsidR="00D47551" w:rsidRDefault="00B01125">
            <w:pPr>
              <w:keepLines/>
              <w:spacing w:after="0" w:line="228" w:lineRule="auto"/>
            </w:pPr>
            <w:r>
              <w:rPr>
                <w:color w:val="142332"/>
                <w:sz w:val="14"/>
              </w:rPr>
              <w:t>ВС «Невский факел»</w:t>
            </w:r>
          </w:p>
        </w:tc>
        <w:tc>
          <w:tcPr>
            <w:tcW w:w="223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8FAFC"/>
            <w:vAlign w:val="center"/>
          </w:tcPr>
          <w:p w14:paraId="1A52543A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Санкт-Петербург</w:t>
            </w:r>
          </w:p>
        </w:tc>
        <w:tc>
          <w:tcPr>
            <w:tcW w:w="247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8FAFC"/>
            <w:vAlign w:val="center"/>
          </w:tcPr>
          <w:p w14:paraId="6375F67B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29–31 января 2027 г.</w:t>
            </w:r>
          </w:p>
        </w:tc>
        <w:tc>
          <w:tcPr>
            <w:tcW w:w="187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8FAFC"/>
            <w:vAlign w:val="center"/>
          </w:tcPr>
          <w:p w14:paraId="3F7DBC7A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10 лет и старше</w:t>
            </w:r>
          </w:p>
        </w:tc>
        <w:tc>
          <w:tcPr>
            <w:tcW w:w="2938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8FAFC"/>
            <w:vAlign w:val="center"/>
          </w:tcPr>
          <w:p w14:paraId="55B46E75" w14:textId="77777777" w:rsidR="00D47551" w:rsidRDefault="00B01125">
            <w:pPr>
              <w:keepLines/>
              <w:spacing w:after="0" w:line="228" w:lineRule="auto"/>
            </w:pPr>
            <w:r>
              <w:rPr>
                <w:color w:val="142332"/>
                <w:sz w:val="14"/>
              </w:rPr>
              <w:t>ФКР</w:t>
            </w:r>
          </w:p>
        </w:tc>
      </w:tr>
      <w:tr w:rsidR="00D47551" w14:paraId="362B3B67" w14:textId="77777777">
        <w:trPr>
          <w:jc w:val="center"/>
        </w:trPr>
        <w:tc>
          <w:tcPr>
            <w:tcW w:w="54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D9EAF7"/>
            <w:vAlign w:val="center"/>
          </w:tcPr>
          <w:p w14:paraId="0C83F7A2" w14:textId="77777777" w:rsidR="00D47551" w:rsidRDefault="00B01125">
            <w:pPr>
              <w:spacing w:after="0" w:line="228" w:lineRule="auto"/>
              <w:jc w:val="center"/>
            </w:pPr>
            <w:r>
              <w:rPr>
                <w:b/>
                <w:color w:val="B71C1C"/>
                <w:sz w:val="14"/>
              </w:rPr>
              <w:t>★ 22</w:t>
            </w:r>
          </w:p>
        </w:tc>
        <w:tc>
          <w:tcPr>
            <w:tcW w:w="5213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3DBFAB36" w14:textId="77777777" w:rsidR="00D47551" w:rsidRDefault="00B01125">
            <w:pPr>
              <w:keepLines/>
              <w:spacing w:after="0" w:line="228" w:lineRule="auto"/>
            </w:pPr>
            <w:r>
              <w:rPr>
                <w:b w:val="0"/>
                <w:color w:val="0A315D"/>
                <w:sz w:val="14"/>
              </w:rPr>
              <w:t>Открытый областной турнир «Зима – 2027»</w:t>
            </w:r>
          </w:p>
        </w:tc>
        <w:tc>
          <w:tcPr>
            <w:tcW w:w="223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7D181AA5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г. Ростов-на-Дону</w:t>
            </w:r>
          </w:p>
        </w:tc>
        <w:tc>
          <w:tcPr>
            <w:tcW w:w="247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20C31897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февраль 2027 г. — дата уточняется</w:t>
            </w:r>
          </w:p>
        </w:tc>
        <w:tc>
          <w:tcPr>
            <w:tcW w:w="187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77931ADD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6 лет и старше</w:t>
            </w:r>
          </w:p>
        </w:tc>
        <w:tc>
          <w:tcPr>
            <w:tcW w:w="2938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617A9176" w14:textId="77777777" w:rsidR="00D47551" w:rsidRDefault="00B01125">
            <w:pPr>
              <w:keepLines/>
              <w:spacing w:after="0" w:line="228" w:lineRule="auto"/>
            </w:pPr>
            <w:r>
              <w:rPr>
                <w:b/>
                <w:color w:val="142332"/>
                <w:sz w:val="14"/>
              </w:rPr>
              <w:t>ФКРО Пискарёв Н.Н.</w:t>
            </w:r>
          </w:p>
        </w:tc>
      </w:tr>
      <w:tr w:rsidR="00D47551" w14:paraId="4135C669" w14:textId="77777777">
        <w:trPr>
          <w:jc w:val="center"/>
        </w:trPr>
        <w:tc>
          <w:tcPr>
            <w:tcW w:w="54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D9EAF7"/>
            <w:vAlign w:val="center"/>
          </w:tcPr>
          <w:p w14:paraId="3392A899" w14:textId="77777777" w:rsidR="00D47551" w:rsidRDefault="00B01125">
            <w:pPr>
              <w:spacing w:after="0" w:line="228" w:lineRule="auto"/>
              <w:jc w:val="center"/>
            </w:pPr>
            <w:r>
              <w:rPr>
                <w:b/>
                <w:color w:val="B71C1C"/>
                <w:sz w:val="14"/>
              </w:rPr>
              <w:t>★ 23</w:t>
            </w:r>
          </w:p>
        </w:tc>
        <w:tc>
          <w:tcPr>
            <w:tcW w:w="5213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8FAFC"/>
            <w:vAlign w:val="center"/>
          </w:tcPr>
          <w:p w14:paraId="1C5AC8AE" w14:textId="77777777" w:rsidR="00D47551" w:rsidRDefault="00B01125">
            <w:pPr>
              <w:keepLines/>
              <w:spacing w:after="0" w:line="228" w:lineRule="auto"/>
            </w:pPr>
            <w:r>
              <w:rPr>
                <w:b w:val="0"/>
                <w:color w:val="0A315D"/>
                <w:sz w:val="14"/>
              </w:rPr>
              <w:t>ВС «Кубок Бест спорт Кавказ»</w:t>
            </w:r>
          </w:p>
        </w:tc>
        <w:tc>
          <w:tcPr>
            <w:tcW w:w="223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8FAFC"/>
            <w:vAlign w:val="center"/>
          </w:tcPr>
          <w:p w14:paraId="61D17F8B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пос. Сириус</w:t>
            </w:r>
          </w:p>
        </w:tc>
        <w:tc>
          <w:tcPr>
            <w:tcW w:w="247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8FAFC"/>
            <w:vAlign w:val="center"/>
          </w:tcPr>
          <w:p w14:paraId="3D16EA83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5–7 февраля 2027 г.</w:t>
            </w:r>
          </w:p>
        </w:tc>
        <w:tc>
          <w:tcPr>
            <w:tcW w:w="187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8FAFC"/>
            <w:vAlign w:val="center"/>
          </w:tcPr>
          <w:p w14:paraId="332F7676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8 лет и старше</w:t>
            </w:r>
          </w:p>
        </w:tc>
        <w:tc>
          <w:tcPr>
            <w:tcW w:w="2938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8FAFC"/>
            <w:vAlign w:val="center"/>
          </w:tcPr>
          <w:p w14:paraId="3EE062A9" w14:textId="77777777" w:rsidR="00D47551" w:rsidRDefault="00B01125">
            <w:pPr>
              <w:keepLines/>
              <w:spacing w:after="0" w:line="228" w:lineRule="auto"/>
            </w:pPr>
            <w:r>
              <w:rPr>
                <w:color w:val="142332"/>
                <w:sz w:val="14"/>
              </w:rPr>
              <w:t>ФКР / оргкомитет «Best Sport»</w:t>
            </w:r>
          </w:p>
        </w:tc>
      </w:tr>
      <w:tr w:rsidR="00D47551" w14:paraId="4F9B1378" w14:textId="77777777">
        <w:trPr>
          <w:jc w:val="center"/>
        </w:trPr>
        <w:tc>
          <w:tcPr>
            <w:tcW w:w="54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vAlign w:val="center"/>
          </w:tcPr>
          <w:p w14:paraId="47097BE4" w14:textId="77777777" w:rsidR="00D47551" w:rsidRDefault="00B01125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24</w:t>
            </w:r>
          </w:p>
        </w:tc>
        <w:tc>
          <w:tcPr>
            <w:tcW w:w="5213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vAlign w:val="center"/>
          </w:tcPr>
          <w:p w14:paraId="51E2BA2F" w14:textId="77777777" w:rsidR="00D47551" w:rsidRDefault="00B01125">
            <w:pPr>
              <w:keepLines/>
              <w:spacing w:after="0" w:line="228" w:lineRule="auto"/>
            </w:pPr>
            <w:r>
              <w:rPr>
                <w:color w:val="142332"/>
                <w:sz w:val="14"/>
              </w:rPr>
              <w:t>ВС среди студентов</w:t>
            </w:r>
          </w:p>
        </w:tc>
        <w:tc>
          <w:tcPr>
            <w:tcW w:w="223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vAlign w:val="center"/>
          </w:tcPr>
          <w:p w14:paraId="020D8D8C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пос. Сириус</w:t>
            </w:r>
          </w:p>
        </w:tc>
        <w:tc>
          <w:tcPr>
            <w:tcW w:w="247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vAlign w:val="center"/>
          </w:tcPr>
          <w:p w14:paraId="5CFBD99F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5–7 февраля 2027 г.</w:t>
            </w:r>
          </w:p>
        </w:tc>
        <w:tc>
          <w:tcPr>
            <w:tcW w:w="187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vAlign w:val="center"/>
          </w:tcPr>
          <w:p w14:paraId="44D89795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Студенты</w:t>
            </w:r>
          </w:p>
        </w:tc>
        <w:tc>
          <w:tcPr>
            <w:tcW w:w="2938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vAlign w:val="center"/>
          </w:tcPr>
          <w:p w14:paraId="443C1269" w14:textId="77777777" w:rsidR="00D47551" w:rsidRDefault="00B01125">
            <w:pPr>
              <w:keepLines/>
              <w:spacing w:after="0" w:line="228" w:lineRule="auto"/>
            </w:pPr>
            <w:r>
              <w:rPr>
                <w:color w:val="142332"/>
                <w:sz w:val="14"/>
              </w:rPr>
              <w:t>ФКР</w:t>
            </w:r>
          </w:p>
        </w:tc>
      </w:tr>
      <w:tr w:rsidR="00D47551" w14:paraId="234EC2EC" w14:textId="77777777">
        <w:trPr>
          <w:jc w:val="center"/>
        </w:trPr>
        <w:tc>
          <w:tcPr>
            <w:tcW w:w="54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0B46CDD2" w14:textId="77777777" w:rsidR="00D47551" w:rsidRDefault="00B01125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25</w:t>
            </w:r>
          </w:p>
        </w:tc>
        <w:tc>
          <w:tcPr>
            <w:tcW w:w="5213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3652A1FE" w14:textId="77777777" w:rsidR="00D47551" w:rsidRDefault="00B01125">
            <w:pPr>
              <w:keepLines/>
              <w:spacing w:after="0" w:line="228" w:lineRule="auto"/>
            </w:pPr>
            <w:r>
              <w:rPr>
                <w:color w:val="142332"/>
                <w:sz w:val="14"/>
              </w:rPr>
              <w:t>Кубок г. Миллерово</w:t>
            </w:r>
          </w:p>
        </w:tc>
        <w:tc>
          <w:tcPr>
            <w:tcW w:w="223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1B1D69AA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Миллерово</w:t>
            </w:r>
          </w:p>
        </w:tc>
        <w:tc>
          <w:tcPr>
            <w:tcW w:w="247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526B50CF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21 февраля 2027 г.</w:t>
            </w:r>
          </w:p>
        </w:tc>
        <w:tc>
          <w:tcPr>
            <w:tcW w:w="187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7A07FBEC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6-15 лет</w:t>
            </w:r>
          </w:p>
        </w:tc>
        <w:tc>
          <w:tcPr>
            <w:tcW w:w="2938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1F588E10" w14:textId="77777777" w:rsidR="00D47551" w:rsidRDefault="00B01125">
            <w:pPr>
              <w:keepLines/>
              <w:spacing w:after="0" w:line="228" w:lineRule="auto"/>
            </w:pPr>
            <w:r>
              <w:rPr>
                <w:b/>
                <w:color w:val="142332"/>
                <w:sz w:val="14"/>
              </w:rPr>
              <w:t>ФКРО Тарасенко В.А.</w:t>
            </w:r>
          </w:p>
        </w:tc>
      </w:tr>
      <w:tr w:rsidR="00D47551" w14:paraId="58875E54" w14:textId="77777777">
        <w:trPr>
          <w:jc w:val="center"/>
        </w:trPr>
        <w:tc>
          <w:tcPr>
            <w:tcW w:w="54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vAlign w:val="center"/>
          </w:tcPr>
          <w:p w14:paraId="1F9899AC" w14:textId="77777777" w:rsidR="00D47551" w:rsidRDefault="00B01125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26</w:t>
            </w:r>
          </w:p>
        </w:tc>
        <w:tc>
          <w:tcPr>
            <w:tcW w:w="5213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vAlign w:val="center"/>
          </w:tcPr>
          <w:p w14:paraId="3C4C2F54" w14:textId="77777777" w:rsidR="00D47551" w:rsidRDefault="00B01125">
            <w:pPr>
              <w:keepLines/>
              <w:spacing w:after="0" w:line="228" w:lineRule="auto"/>
            </w:pPr>
            <w:r>
              <w:rPr>
                <w:color w:val="142332"/>
                <w:sz w:val="14"/>
              </w:rPr>
              <w:t>ВС «Олимпийские надежды»</w:t>
            </w:r>
          </w:p>
        </w:tc>
        <w:tc>
          <w:tcPr>
            <w:tcW w:w="223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vAlign w:val="center"/>
          </w:tcPr>
          <w:p w14:paraId="51C08D2B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Уфа</w:t>
            </w:r>
          </w:p>
        </w:tc>
        <w:tc>
          <w:tcPr>
            <w:tcW w:w="247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vAlign w:val="center"/>
          </w:tcPr>
          <w:p w14:paraId="62F49AC9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19–21 февраля 2027 г.</w:t>
            </w:r>
          </w:p>
        </w:tc>
        <w:tc>
          <w:tcPr>
            <w:tcW w:w="187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vAlign w:val="center"/>
          </w:tcPr>
          <w:p w14:paraId="5CE30E00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10 лет и старше</w:t>
            </w:r>
          </w:p>
        </w:tc>
        <w:tc>
          <w:tcPr>
            <w:tcW w:w="2938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vAlign w:val="center"/>
          </w:tcPr>
          <w:p w14:paraId="0D9CEEF1" w14:textId="77777777" w:rsidR="00D47551" w:rsidRDefault="00B01125">
            <w:pPr>
              <w:keepLines/>
              <w:spacing w:after="0" w:line="228" w:lineRule="auto"/>
            </w:pPr>
            <w:r>
              <w:rPr>
                <w:color w:val="142332"/>
                <w:sz w:val="14"/>
              </w:rPr>
              <w:t>ФКР / Федерация каратэ Республики Башкортостан</w:t>
            </w:r>
          </w:p>
        </w:tc>
      </w:tr>
      <w:tr w:rsidR="00D47551" w14:paraId="2E821CF0" w14:textId="77777777">
        <w:trPr>
          <w:jc w:val="center"/>
        </w:trPr>
        <w:tc>
          <w:tcPr>
            <w:tcW w:w="54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5C3AA0FE" w14:textId="77777777" w:rsidR="00D47551" w:rsidRDefault="00B01125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27</w:t>
            </w:r>
          </w:p>
        </w:tc>
        <w:tc>
          <w:tcPr>
            <w:tcW w:w="5213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503F205E" w14:textId="77777777" w:rsidR="00D47551" w:rsidRDefault="00B01125">
            <w:pPr>
              <w:keepLines/>
              <w:spacing w:after="0" w:line="228" w:lineRule="auto"/>
            </w:pPr>
            <w:r>
              <w:rPr>
                <w:color w:val="142332"/>
                <w:sz w:val="14"/>
              </w:rPr>
              <w:t>Открытый фестиваль среди новичков «Юные надежды», 2-й этап</w:t>
            </w:r>
          </w:p>
        </w:tc>
        <w:tc>
          <w:tcPr>
            <w:tcW w:w="223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20C985CD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г. Ростов-на-Дону</w:t>
            </w:r>
          </w:p>
        </w:tc>
        <w:tc>
          <w:tcPr>
            <w:tcW w:w="247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6E1EC02B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28 февраля 2027 г.</w:t>
            </w:r>
          </w:p>
        </w:tc>
        <w:tc>
          <w:tcPr>
            <w:tcW w:w="187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2CBF2264" w14:textId="77777777" w:rsidR="00D47551" w:rsidRDefault="00B01125">
            <w:pPr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6–13 лет; 14–15 лет (по запросу)</w:t>
            </w:r>
          </w:p>
        </w:tc>
        <w:tc>
          <w:tcPr>
            <w:tcW w:w="2938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3B97180A" w14:textId="77777777" w:rsidR="00D47551" w:rsidRDefault="00B01125">
            <w:pPr>
              <w:spacing w:after="0" w:line="228" w:lineRule="auto"/>
            </w:pPr>
            <w:r>
              <w:rPr>
                <w:b/>
                <w:color w:val="142332"/>
                <w:sz w:val="14"/>
              </w:rPr>
              <w:t>ФКРО / Лащенов А.А.</w:t>
            </w:r>
          </w:p>
        </w:tc>
      </w:tr>
      <w:tr w:rsidR="00D47551" w14:paraId="47DE4C91" w14:textId="77777777">
        <w:trPr>
          <w:jc w:val="center"/>
        </w:trPr>
        <w:tc>
          <w:tcPr>
            <w:tcW w:w="54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vAlign w:val="center"/>
            <w:shd w:fill="D9EAF7"/>
          </w:tcPr>
          <w:p w14:paraId="509CECD7" w14:textId="77777777" w:rsidR="00D47551" w:rsidRDefault="00B01125">
            <w:pPr>
              <w:spacing w:after="0" w:line="228" w:lineRule="auto"/>
              <w:jc w:val="center"/>
            </w:pPr>
            <w:r>
              <w:rPr>
                <w:b/>
                <w:color w:val="B71C1C"/>
                <w:sz w:val="14"/>
              </w:rPr>
              <w:t>★ 28</w:t>
            </w:r>
          </w:p>
        </w:tc>
        <w:tc>
          <w:tcPr>
            <w:tcW w:w="5213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vAlign w:val="center"/>
          </w:tcPr>
          <w:p w14:paraId="2F36E327" w14:textId="77777777" w:rsidR="00D47551" w:rsidRDefault="00B01125">
            <w:pPr>
              <w:keepLines/>
              <w:spacing w:after="0" w:line="228" w:lineRule="auto"/>
            </w:pPr>
            <w:r>
              <w:rPr>
                <w:b w:val="0"/>
                <w:color w:val="0A315D"/>
                <w:sz w:val="14"/>
              </w:rPr>
              <w:t>ВС «Кубок Памяти» Этап Кубка России</w:t>
            </w:r>
          </w:p>
        </w:tc>
        <w:tc>
          <w:tcPr>
            <w:tcW w:w="223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vAlign w:val="center"/>
          </w:tcPr>
          <w:p w14:paraId="67B509FC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Пенза</w:t>
            </w:r>
          </w:p>
        </w:tc>
        <w:tc>
          <w:tcPr>
            <w:tcW w:w="247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vAlign w:val="center"/>
          </w:tcPr>
          <w:p w14:paraId="274CF8F1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12–14 марта 2027 г.</w:t>
            </w:r>
          </w:p>
        </w:tc>
        <w:tc>
          <w:tcPr>
            <w:tcW w:w="187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vAlign w:val="center"/>
          </w:tcPr>
          <w:p w14:paraId="4EF6FAB6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10 лет и старше</w:t>
            </w:r>
          </w:p>
        </w:tc>
        <w:tc>
          <w:tcPr>
            <w:tcW w:w="2938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vAlign w:val="center"/>
          </w:tcPr>
          <w:p w14:paraId="73FCE4B1" w14:textId="77777777" w:rsidR="00D47551" w:rsidRDefault="00B01125">
            <w:pPr>
              <w:keepLines/>
              <w:spacing w:after="0" w:line="228" w:lineRule="auto"/>
            </w:pPr>
            <w:r>
              <w:rPr>
                <w:color w:val="142332"/>
                <w:sz w:val="14"/>
              </w:rPr>
              <w:t>ФКР / Федерация каратэ Пензенской области / Ефремов В.В.</w:t>
            </w:r>
          </w:p>
        </w:tc>
      </w:tr>
      <w:tr w:rsidR="00D47551" w14:paraId="384C8572" w14:textId="77777777">
        <w:trPr>
          <w:jc w:val="center"/>
        </w:trPr>
        <w:tc>
          <w:tcPr>
            <w:tcW w:w="54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362C30AA" w14:textId="77777777" w:rsidR="00D47551" w:rsidRDefault="00B01125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29</w:t>
            </w:r>
          </w:p>
        </w:tc>
        <w:tc>
          <w:tcPr>
            <w:tcW w:w="5213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5853C95D" w14:textId="77777777" w:rsidR="00D47551" w:rsidRDefault="00B01125">
            <w:pPr>
              <w:keepLines/>
              <w:spacing w:after="0" w:line="228" w:lineRule="auto"/>
            </w:pPr>
            <w:r>
              <w:rPr>
                <w:color w:val="142332"/>
                <w:sz w:val="14"/>
              </w:rPr>
              <w:t>Открытый областной турнир «Ступени к мастерству»</w:t>
            </w:r>
          </w:p>
        </w:tc>
        <w:tc>
          <w:tcPr>
            <w:tcW w:w="223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2160EC4C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Сальск</w:t>
            </w:r>
          </w:p>
        </w:tc>
        <w:tc>
          <w:tcPr>
            <w:tcW w:w="247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1E55EE96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20 марта 2027 г.</w:t>
            </w:r>
          </w:p>
        </w:tc>
        <w:tc>
          <w:tcPr>
            <w:tcW w:w="187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61AEB533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6-17 лет</w:t>
            </w:r>
          </w:p>
        </w:tc>
        <w:tc>
          <w:tcPr>
            <w:tcW w:w="2938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066A5506" w14:textId="77777777" w:rsidR="00D47551" w:rsidRDefault="00B01125">
            <w:pPr>
              <w:keepLines/>
              <w:spacing w:after="0" w:line="228" w:lineRule="auto"/>
            </w:pPr>
            <w:r>
              <w:rPr>
                <w:b/>
                <w:color w:val="142332"/>
                <w:sz w:val="14"/>
              </w:rPr>
              <w:t>ФКРО Рягузов С.В. Тютин А.В.</w:t>
            </w:r>
          </w:p>
        </w:tc>
      </w:tr>
      <w:tr w:rsidR="00D47551" w14:paraId="0A50F28B" w14:textId="77777777">
        <w:trPr>
          <w:jc w:val="center"/>
        </w:trPr>
        <w:tc>
          <w:tcPr>
            <w:tcW w:w="54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vAlign w:val="center"/>
            <w:shd w:fill="D9EAF7"/>
          </w:tcPr>
          <w:p w14:paraId="6AA83E14" w14:textId="77777777" w:rsidR="00D47551" w:rsidRDefault="00B01125">
            <w:pPr>
              <w:spacing w:after="0" w:line="228" w:lineRule="auto"/>
              <w:jc w:val="center"/>
            </w:pPr>
            <w:r>
              <w:rPr>
                <w:b/>
                <w:color w:val="B71C1C"/>
                <w:sz w:val="14"/>
              </w:rPr>
              <w:t>★ 30</w:t>
            </w:r>
          </w:p>
        </w:tc>
        <w:tc>
          <w:tcPr>
            <w:tcW w:w="5213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vAlign w:val="center"/>
          </w:tcPr>
          <w:p w14:paraId="53627309" w14:textId="77777777" w:rsidR="00D47551" w:rsidRDefault="00B01125">
            <w:pPr>
              <w:keepLines/>
              <w:spacing w:after="0" w:line="228" w:lineRule="auto"/>
            </w:pPr>
            <w:r>
              <w:rPr>
                <w:b w:val="0"/>
                <w:color w:val="0A315D"/>
                <w:sz w:val="14"/>
              </w:rPr>
              <w:t>МС «Петербургская весна» этап Кубка России</w:t>
            </w:r>
          </w:p>
        </w:tc>
        <w:tc>
          <w:tcPr>
            <w:tcW w:w="223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vAlign w:val="center"/>
          </w:tcPr>
          <w:p w14:paraId="02E3FE15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Санкт-Петербург</w:t>
            </w:r>
          </w:p>
        </w:tc>
        <w:tc>
          <w:tcPr>
            <w:tcW w:w="247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vAlign w:val="center"/>
          </w:tcPr>
          <w:p w14:paraId="7F972EFC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19–21 марта 2027 г.</w:t>
            </w:r>
          </w:p>
        </w:tc>
        <w:tc>
          <w:tcPr>
            <w:tcW w:w="187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vAlign w:val="center"/>
          </w:tcPr>
          <w:p w14:paraId="65F28510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10 лет и старше</w:t>
            </w:r>
          </w:p>
        </w:tc>
        <w:tc>
          <w:tcPr>
            <w:tcW w:w="2938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vAlign w:val="center"/>
          </w:tcPr>
          <w:p w14:paraId="23E7AFD3" w14:textId="77777777" w:rsidR="00D47551" w:rsidRDefault="00B01125">
            <w:pPr>
              <w:keepLines/>
              <w:spacing w:after="0" w:line="228" w:lineRule="auto"/>
            </w:pPr>
            <w:r>
              <w:rPr>
                <w:color w:val="142332"/>
                <w:sz w:val="14"/>
              </w:rPr>
              <w:t>ФКР / Спортивная федерация каратэ Санкт-Петербурга</w:t>
            </w:r>
          </w:p>
        </w:tc>
      </w:tr>
      <w:tr w:rsidR="00D47551" w14:paraId="7EBE1158" w14:textId="77777777">
        <w:trPr>
          <w:jc w:val="center"/>
        </w:trPr>
        <w:tc>
          <w:tcPr>
            <w:tcW w:w="54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D9EAF7"/>
            <w:vAlign w:val="center"/>
          </w:tcPr>
          <w:p w14:paraId="5E757D82" w14:textId="77777777" w:rsidR="00D47551" w:rsidRDefault="00B01125">
            <w:pPr>
              <w:spacing w:after="0" w:line="228" w:lineRule="auto"/>
              <w:jc w:val="center"/>
            </w:pPr>
            <w:r>
              <w:rPr>
                <w:b/>
                <w:color w:val="B71C1C"/>
                <w:sz w:val="14"/>
              </w:rPr>
              <w:t>★ 31</w:t>
            </w:r>
          </w:p>
        </w:tc>
        <w:tc>
          <w:tcPr>
            <w:tcW w:w="5213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8FAFC"/>
            <w:vAlign w:val="center"/>
          </w:tcPr>
          <w:p w14:paraId="5C5CDB36" w14:textId="77777777" w:rsidR="00D47551" w:rsidRDefault="00B01125">
            <w:pPr>
              <w:keepLines/>
              <w:spacing w:after="0" w:line="228" w:lineRule="auto"/>
            </w:pPr>
            <w:r>
              <w:rPr>
                <w:b w:val="0"/>
                <w:color w:val="0A315D"/>
                <w:sz w:val="14"/>
              </w:rPr>
              <w:t>ВС «Памяти Аслана Кокаева»</w:t>
            </w:r>
          </w:p>
        </w:tc>
        <w:tc>
          <w:tcPr>
            <w:tcW w:w="223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8FAFC"/>
            <w:vAlign w:val="center"/>
          </w:tcPr>
          <w:p w14:paraId="7152918A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Черкесск</w:t>
            </w:r>
          </w:p>
        </w:tc>
        <w:tc>
          <w:tcPr>
            <w:tcW w:w="247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8FAFC"/>
            <w:vAlign w:val="center"/>
          </w:tcPr>
          <w:p w14:paraId="07A63CB1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27–28 марта 2027 г.</w:t>
            </w:r>
          </w:p>
        </w:tc>
        <w:tc>
          <w:tcPr>
            <w:tcW w:w="187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8FAFC"/>
            <w:vAlign w:val="center"/>
          </w:tcPr>
          <w:p w14:paraId="0F7318D0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6 лет и старше</w:t>
            </w:r>
          </w:p>
        </w:tc>
        <w:tc>
          <w:tcPr>
            <w:tcW w:w="2938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8FAFC"/>
            <w:vAlign w:val="center"/>
          </w:tcPr>
          <w:p w14:paraId="4D8B941E" w14:textId="77777777" w:rsidR="00D47551" w:rsidRDefault="00B01125">
            <w:pPr>
              <w:keepLines/>
              <w:spacing w:after="0" w:line="228" w:lineRule="auto"/>
            </w:pPr>
            <w:r>
              <w:rPr>
                <w:color w:val="142332"/>
                <w:sz w:val="14"/>
              </w:rPr>
              <w:t>ФКР / Федерация каратэ Карачаево-Черкесской Республики</w:t>
            </w:r>
          </w:p>
        </w:tc>
      </w:tr>
      <w:tr w:rsidR="00D47551" w14:paraId="6ADE997D" w14:textId="77777777">
        <w:trPr>
          <w:jc w:val="center"/>
        </w:trPr>
        <w:tc>
          <w:tcPr>
            <w:tcW w:w="54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5CAC63FD" w14:textId="77777777" w:rsidR="00D47551" w:rsidRDefault="00B01125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32</w:t>
            </w:r>
          </w:p>
        </w:tc>
        <w:tc>
          <w:tcPr>
            <w:tcW w:w="5213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5C84C6E3" w14:textId="77777777" w:rsidR="00D47551" w:rsidRDefault="00B01125">
            <w:pPr>
              <w:keepLines/>
              <w:spacing w:after="0" w:line="228" w:lineRule="auto"/>
            </w:pPr>
            <w:r>
              <w:rPr>
                <w:color w:val="142332"/>
                <w:sz w:val="14"/>
              </w:rPr>
              <w:t>Учебно-аттестационный семинар сенсея Х. Касуя</w:t>
            </w:r>
          </w:p>
        </w:tc>
        <w:tc>
          <w:tcPr>
            <w:tcW w:w="223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6CCED478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г. Ростов-на-Дону</w:t>
            </w:r>
          </w:p>
        </w:tc>
        <w:tc>
          <w:tcPr>
            <w:tcW w:w="247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55B9EFE9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апрель 2027 г.</w:t>
            </w:r>
          </w:p>
        </w:tc>
        <w:tc>
          <w:tcPr>
            <w:tcW w:w="187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5935A246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6 кю и выше</w:t>
            </w:r>
          </w:p>
        </w:tc>
        <w:tc>
          <w:tcPr>
            <w:tcW w:w="2938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799F2F18" w14:textId="77777777" w:rsidR="00D47551" w:rsidRDefault="00B01125">
            <w:pPr>
              <w:keepLines/>
              <w:spacing w:after="0" w:line="228" w:lineRule="auto"/>
            </w:pPr>
            <w:r>
              <w:rPr>
                <w:b/>
                <w:color w:val="142332"/>
                <w:sz w:val="14"/>
              </w:rPr>
              <w:t>ФКРО Пискарёв Н.Н.</w:t>
            </w:r>
          </w:p>
        </w:tc>
      </w:tr>
      <w:tr w:rsidR="00D47551" w14:paraId="404DCB1D" w14:textId="77777777">
        <w:trPr>
          <w:jc w:val="center"/>
        </w:trPr>
        <w:tc>
          <w:tcPr>
            <w:tcW w:w="54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D9EAF7"/>
            <w:vAlign w:val="center"/>
          </w:tcPr>
          <w:p w14:paraId="78B32E4B" w14:textId="77777777" w:rsidR="00D47551" w:rsidRDefault="00B01125">
            <w:pPr>
              <w:spacing w:after="0" w:line="228" w:lineRule="auto"/>
              <w:jc w:val="center"/>
            </w:pPr>
            <w:r>
              <w:rPr>
                <w:b/>
                <w:color w:val="B71C1C"/>
                <w:sz w:val="14"/>
              </w:rPr>
              <w:t>★ 33</w:t>
            </w:r>
          </w:p>
        </w:tc>
        <w:tc>
          <w:tcPr>
            <w:tcW w:w="5213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0D03E404" w14:textId="77777777" w:rsidR="00D47551" w:rsidRDefault="00B01125">
            <w:pPr>
              <w:keepLines/>
              <w:spacing w:after="0" w:line="228" w:lineRule="auto"/>
            </w:pPr>
            <w:r>
              <w:rPr>
                <w:b w:val="0"/>
                <w:color w:val="0A315D"/>
                <w:sz w:val="14"/>
              </w:rPr>
              <w:t>Открытый областной турнир «Весна 2027»</w:t>
            </w:r>
          </w:p>
        </w:tc>
        <w:tc>
          <w:tcPr>
            <w:tcW w:w="223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694F2F2A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г. Ростов-на-Дону</w:t>
            </w:r>
          </w:p>
        </w:tc>
        <w:tc>
          <w:tcPr>
            <w:tcW w:w="247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1DD14390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3–4 апреля 2027 г.</w:t>
            </w:r>
          </w:p>
        </w:tc>
        <w:tc>
          <w:tcPr>
            <w:tcW w:w="187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0019B4F9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6 лет и старше</w:t>
            </w:r>
          </w:p>
        </w:tc>
        <w:tc>
          <w:tcPr>
            <w:tcW w:w="2938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754056C5" w14:textId="77777777" w:rsidR="00D47551" w:rsidRDefault="00B01125">
            <w:pPr>
              <w:keepLines/>
              <w:spacing w:after="0" w:line="228" w:lineRule="auto"/>
            </w:pPr>
            <w:r>
              <w:rPr>
                <w:b/>
                <w:color w:val="142332"/>
                <w:sz w:val="14"/>
              </w:rPr>
              <w:t>ФКРО Пискарёв Н.Н.</w:t>
            </w:r>
          </w:p>
        </w:tc>
      </w:tr>
      <w:tr w:rsidR="00D47551" w14:paraId="4710964C" w14:textId="77777777">
        <w:trPr>
          <w:jc w:val="center"/>
        </w:trPr>
        <w:tc>
          <w:tcPr>
            <w:tcW w:w="54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vAlign w:val="center"/>
            <w:shd w:fill="D9EAF7"/>
          </w:tcPr>
          <w:p w14:paraId="0375EF48" w14:textId="77777777" w:rsidR="00D47551" w:rsidRDefault="00B01125">
            <w:pPr>
              <w:spacing w:after="0" w:line="228" w:lineRule="auto"/>
              <w:jc w:val="center"/>
            </w:pPr>
            <w:r>
              <w:rPr>
                <w:b/>
                <w:color w:val="B71C1C"/>
                <w:sz w:val="14"/>
              </w:rPr>
              <w:t>★ 34</w:t>
            </w:r>
          </w:p>
        </w:tc>
        <w:tc>
          <w:tcPr>
            <w:tcW w:w="5213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vAlign w:val="center"/>
          </w:tcPr>
          <w:p w14:paraId="5E69452B" w14:textId="77777777" w:rsidR="00D47551" w:rsidRDefault="00B01125">
            <w:pPr>
              <w:keepLines/>
              <w:spacing w:after="0" w:line="228" w:lineRule="auto"/>
            </w:pPr>
            <w:r>
              <w:rPr>
                <w:b w:val="0"/>
                <w:color w:val="0A315D"/>
                <w:sz w:val="14"/>
              </w:rPr>
              <w:t>МС «Кубок Ак Барс» (этап отбора на кубок России) ВС «Кубок АК Барс»</w:t>
            </w:r>
          </w:p>
        </w:tc>
        <w:tc>
          <w:tcPr>
            <w:tcW w:w="223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vAlign w:val="center"/>
          </w:tcPr>
          <w:p w14:paraId="078F5C50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Казань</w:t>
            </w:r>
          </w:p>
        </w:tc>
        <w:tc>
          <w:tcPr>
            <w:tcW w:w="247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vAlign w:val="center"/>
          </w:tcPr>
          <w:p w14:paraId="21D52CCD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9–11 апреля 2027 г.</w:t>
            </w:r>
          </w:p>
        </w:tc>
        <w:tc>
          <w:tcPr>
            <w:tcW w:w="187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vAlign w:val="center"/>
          </w:tcPr>
          <w:p w14:paraId="0A246FBF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8 лет и старше</w:t>
            </w:r>
          </w:p>
        </w:tc>
        <w:tc>
          <w:tcPr>
            <w:tcW w:w="2938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vAlign w:val="center"/>
          </w:tcPr>
          <w:p w14:paraId="32DF9980" w14:textId="77777777" w:rsidR="00D47551" w:rsidRDefault="00B01125">
            <w:pPr>
              <w:keepLines/>
              <w:spacing w:after="0" w:line="228" w:lineRule="auto"/>
            </w:pPr>
            <w:r>
              <w:rPr>
                <w:color w:val="142332"/>
                <w:sz w:val="14"/>
              </w:rPr>
              <w:t>ФК Респ. Татарстан</w:t>
            </w:r>
          </w:p>
        </w:tc>
      </w:tr>
      <w:tr w:rsidR="00D47551" w14:paraId="59996FC5" w14:textId="77777777">
        <w:trPr>
          <w:jc w:val="center"/>
        </w:trPr>
        <w:tc>
          <w:tcPr>
            <w:tcW w:w="54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6262B06F" w14:textId="77777777" w:rsidR="00D47551" w:rsidRDefault="00B01125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35</w:t>
            </w:r>
          </w:p>
        </w:tc>
        <w:tc>
          <w:tcPr>
            <w:tcW w:w="5213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7F176F75" w14:textId="77777777" w:rsidR="00D47551" w:rsidRDefault="00B01125">
            <w:pPr>
              <w:keepLines/>
              <w:spacing w:after="0" w:line="228" w:lineRule="auto"/>
            </w:pPr>
            <w:r>
              <w:rPr>
                <w:color w:val="142332"/>
                <w:sz w:val="14"/>
              </w:rPr>
              <w:t>Открытый фестиваль среди новичков «Юные надежды», 3-й этап</w:t>
            </w:r>
          </w:p>
        </w:tc>
        <w:tc>
          <w:tcPr>
            <w:tcW w:w="223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411BD33D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г. Ростов-на-Дону</w:t>
            </w:r>
          </w:p>
        </w:tc>
        <w:tc>
          <w:tcPr>
            <w:tcW w:w="247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6383AF0A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25 апреля 2027 г.</w:t>
            </w:r>
          </w:p>
        </w:tc>
        <w:tc>
          <w:tcPr>
            <w:tcW w:w="187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4DDEF157" w14:textId="77777777" w:rsidR="00D47551" w:rsidRDefault="00B01125">
            <w:pPr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6–13 лет; 14–15 лет (по запросу)</w:t>
            </w:r>
          </w:p>
        </w:tc>
        <w:tc>
          <w:tcPr>
            <w:tcW w:w="2938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7CDD8738" w14:textId="77777777" w:rsidR="00D47551" w:rsidRDefault="00B01125">
            <w:pPr>
              <w:spacing w:after="0" w:line="228" w:lineRule="auto"/>
            </w:pPr>
            <w:r>
              <w:rPr>
                <w:b/>
                <w:color w:val="142332"/>
                <w:sz w:val="14"/>
              </w:rPr>
              <w:t>ФКРО / Лащенов А.А.</w:t>
            </w:r>
          </w:p>
        </w:tc>
      </w:tr>
      <w:tr w:rsidR="00D47551" w14:paraId="20246E88" w14:textId="77777777">
        <w:trPr>
          <w:jc w:val="center"/>
        </w:trPr>
        <w:tc>
          <w:tcPr>
            <w:tcW w:w="54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D9EAF7"/>
            <w:vAlign w:val="center"/>
          </w:tcPr>
          <w:p w14:paraId="6E61BF24" w14:textId="77777777" w:rsidR="00D47551" w:rsidRDefault="00B01125">
            <w:pPr>
              <w:spacing w:after="0" w:line="228" w:lineRule="auto"/>
              <w:jc w:val="center"/>
            </w:pPr>
            <w:r>
              <w:rPr>
                <w:b/>
                <w:color w:val="B71C1C"/>
                <w:sz w:val="14"/>
              </w:rPr>
              <w:t>★ 36</w:t>
            </w:r>
          </w:p>
        </w:tc>
        <w:tc>
          <w:tcPr>
            <w:tcW w:w="5213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36EEBB78" w14:textId="77777777" w:rsidR="00D47551" w:rsidRDefault="00B01125">
            <w:pPr>
              <w:keepLines/>
              <w:spacing w:after="0" w:line="228" w:lineRule="auto"/>
            </w:pPr>
            <w:r>
              <w:rPr>
                <w:b w:val="0"/>
                <w:color w:val="0A315D"/>
                <w:sz w:val="14"/>
              </w:rPr>
              <w:t>Всероссийский турнир «Кубок Пересвета»</w:t>
            </w:r>
          </w:p>
        </w:tc>
        <w:tc>
          <w:tcPr>
            <w:tcW w:w="223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7F9AB9F0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г. Ростов-на-Дону</w:t>
            </w:r>
          </w:p>
        </w:tc>
        <w:tc>
          <w:tcPr>
            <w:tcW w:w="247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6DDC3A19" w14:textId="77777777" w:rsidR="00D47551" w:rsidRDefault="00B01125">
            <w:pPr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30 апреля – 3 мая 2027 г.</w:t>
            </w:r>
          </w:p>
        </w:tc>
        <w:tc>
          <w:tcPr>
            <w:tcW w:w="187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34ADD256" w14:textId="77777777" w:rsidR="00D47551" w:rsidRDefault="00B01125">
            <w:pPr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10 лет и старше</w:t>
            </w:r>
          </w:p>
        </w:tc>
        <w:tc>
          <w:tcPr>
            <w:tcW w:w="2938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0B6AED76" w14:textId="77777777" w:rsidR="00D47551" w:rsidRDefault="00B01125">
            <w:pPr>
              <w:spacing w:after="0" w:line="228" w:lineRule="auto"/>
            </w:pPr>
            <w:r>
              <w:rPr>
                <w:b/>
                <w:color w:val="142332"/>
                <w:sz w:val="14"/>
              </w:rPr>
              <w:t>ФКРО / Дзадзамия В.Д. / Зарубина И.Н.</w:t>
            </w:r>
          </w:p>
        </w:tc>
      </w:tr>
      <w:tr w:rsidR="00D47551" w14:paraId="5F88D1A5" w14:textId="77777777">
        <w:trPr>
          <w:jc w:val="center"/>
        </w:trPr>
        <w:tc>
          <w:tcPr>
            <w:tcW w:w="54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8FAFC"/>
            <w:vAlign w:val="center"/>
          </w:tcPr>
          <w:p w14:paraId="30B126C2" w14:textId="77777777" w:rsidR="00D47551" w:rsidRDefault="00B01125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37</w:t>
            </w:r>
          </w:p>
        </w:tc>
        <w:tc>
          <w:tcPr>
            <w:tcW w:w="5213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8FAFC"/>
            <w:vAlign w:val="center"/>
          </w:tcPr>
          <w:p w14:paraId="1728A1AB" w14:textId="77777777" w:rsidR="00D47551" w:rsidRDefault="00B01125">
            <w:pPr>
              <w:keepLines/>
              <w:spacing w:after="0" w:line="228" w:lineRule="auto"/>
            </w:pPr>
            <w:r>
              <w:rPr>
                <w:color w:val="142332"/>
                <w:sz w:val="14"/>
              </w:rPr>
              <w:t>Всероссийские соревнования «Кубок памяти героя Советского Союза полковника Бояринова Г.Н.»</w:t>
            </w:r>
          </w:p>
        </w:tc>
        <w:tc>
          <w:tcPr>
            <w:tcW w:w="223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8FAFC"/>
            <w:vAlign w:val="center"/>
          </w:tcPr>
          <w:p w14:paraId="0CCED1A6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Смоленск</w:t>
            </w:r>
          </w:p>
        </w:tc>
        <w:tc>
          <w:tcPr>
            <w:tcW w:w="247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8FAFC"/>
            <w:vAlign w:val="center"/>
          </w:tcPr>
          <w:p w14:paraId="754D8D71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29–30 мая 2027 г.</w:t>
            </w:r>
          </w:p>
        </w:tc>
        <w:tc>
          <w:tcPr>
            <w:tcW w:w="187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8FAFC"/>
            <w:vAlign w:val="center"/>
          </w:tcPr>
          <w:p w14:paraId="3B381479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10 лет и старше</w:t>
            </w:r>
          </w:p>
        </w:tc>
        <w:tc>
          <w:tcPr>
            <w:tcW w:w="2938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8FAFC"/>
            <w:vAlign w:val="center"/>
          </w:tcPr>
          <w:p w14:paraId="71763980" w14:textId="77777777" w:rsidR="00D47551" w:rsidRDefault="00B01125">
            <w:pPr>
              <w:keepLines/>
              <w:spacing w:after="0" w:line="228" w:lineRule="auto"/>
            </w:pPr>
            <w:r>
              <w:rPr>
                <w:color w:val="142332"/>
                <w:sz w:val="14"/>
              </w:rPr>
              <w:t>ФКР / Федерация каратэ Смоленской области</w:t>
            </w:r>
          </w:p>
        </w:tc>
      </w:tr>
      <w:tr w:rsidR="00D47551" w14:paraId="75F9ECE7" w14:textId="77777777">
        <w:trPr>
          <w:jc w:val="center"/>
        </w:trPr>
        <w:tc>
          <w:tcPr>
            <w:tcW w:w="54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1EDF813B" w14:textId="77777777" w:rsidR="00D47551" w:rsidRDefault="00B01125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38</w:t>
            </w:r>
          </w:p>
        </w:tc>
        <w:tc>
          <w:tcPr>
            <w:tcW w:w="5213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7F6D898C" w14:textId="77777777" w:rsidR="00D47551" w:rsidRDefault="00B01125">
            <w:pPr>
              <w:keepLines/>
              <w:spacing w:after="0" w:line="228" w:lineRule="auto"/>
            </w:pPr>
            <w:r>
              <w:rPr>
                <w:color w:val="142332"/>
                <w:sz w:val="14"/>
              </w:rPr>
              <w:t>Спортивные сборы – «Лето 2027»</w:t>
            </w:r>
          </w:p>
        </w:tc>
        <w:tc>
          <w:tcPr>
            <w:tcW w:w="223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2842CD40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Краснодарский край п. Шепси</w:t>
            </w:r>
          </w:p>
        </w:tc>
        <w:tc>
          <w:tcPr>
            <w:tcW w:w="247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25C8E0CD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июнь–август 2027 г.</w:t>
            </w:r>
          </w:p>
        </w:tc>
        <w:tc>
          <w:tcPr>
            <w:tcW w:w="187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2664D611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8 лет и старше</w:t>
            </w:r>
          </w:p>
        </w:tc>
        <w:tc>
          <w:tcPr>
            <w:tcW w:w="2938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0575097E" w14:textId="77777777" w:rsidR="00D47551" w:rsidRDefault="00B01125">
            <w:pPr>
              <w:keepLines/>
              <w:spacing w:after="0" w:line="228" w:lineRule="auto"/>
            </w:pPr>
            <w:r>
              <w:rPr>
                <w:b/>
                <w:color w:val="142332"/>
                <w:sz w:val="14"/>
              </w:rPr>
              <w:t>ФКРО Пискарёв Н.Н.</w:t>
            </w:r>
          </w:p>
        </w:tc>
      </w:tr>
      <w:tr w:rsidR="00D47551" w14:paraId="3AB4B34E" w14:textId="77777777">
        <w:trPr>
          <w:jc w:val="center"/>
        </w:trPr>
        <w:tc>
          <w:tcPr>
            <w:tcW w:w="54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D9EAF7"/>
            <w:vAlign w:val="center"/>
          </w:tcPr>
          <w:p w14:paraId="10025AB9" w14:textId="77777777" w:rsidR="00D47551" w:rsidRDefault="00B01125">
            <w:pPr>
              <w:spacing w:after="0" w:line="228" w:lineRule="auto"/>
              <w:jc w:val="center"/>
            </w:pPr>
            <w:r>
              <w:rPr>
                <w:b/>
                <w:color w:val="B71C1C"/>
                <w:sz w:val="14"/>
              </w:rPr>
              <w:t>★ 39</w:t>
            </w:r>
          </w:p>
        </w:tc>
        <w:tc>
          <w:tcPr>
            <w:tcW w:w="5213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8FAFC"/>
            <w:vAlign w:val="center"/>
          </w:tcPr>
          <w:p w14:paraId="455F27F9" w14:textId="77777777" w:rsidR="00D47551" w:rsidRDefault="00B01125">
            <w:pPr>
              <w:keepLines/>
              <w:spacing w:after="0" w:line="228" w:lineRule="auto"/>
            </w:pPr>
            <w:r>
              <w:rPr>
                <w:b w:val="0"/>
                <w:color w:val="0A315D"/>
                <w:sz w:val="14"/>
              </w:rPr>
              <w:t>МС «Russia Open» этап Кубка России</w:t>
            </w:r>
          </w:p>
        </w:tc>
        <w:tc>
          <w:tcPr>
            <w:tcW w:w="223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8FAFC"/>
            <w:vAlign w:val="center"/>
          </w:tcPr>
          <w:p w14:paraId="6E8D6135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Сириус</w:t>
            </w:r>
          </w:p>
        </w:tc>
        <w:tc>
          <w:tcPr>
            <w:tcW w:w="247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8FAFC"/>
            <w:vAlign w:val="center"/>
          </w:tcPr>
          <w:p w14:paraId="40D721B8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23–25 июля 2027 г.</w:t>
            </w:r>
          </w:p>
        </w:tc>
        <w:tc>
          <w:tcPr>
            <w:tcW w:w="187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8FAFC"/>
            <w:vAlign w:val="center"/>
          </w:tcPr>
          <w:p w14:paraId="1835663D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8 лет и старше</w:t>
            </w:r>
          </w:p>
        </w:tc>
        <w:tc>
          <w:tcPr>
            <w:tcW w:w="2938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8FAFC"/>
            <w:vAlign w:val="center"/>
          </w:tcPr>
          <w:p w14:paraId="539FF632" w14:textId="77777777" w:rsidR="00D47551" w:rsidRDefault="00B01125">
            <w:pPr>
              <w:keepLines/>
              <w:spacing w:after="0" w:line="228" w:lineRule="auto"/>
            </w:pPr>
            <w:r>
              <w:rPr>
                <w:color w:val="142332"/>
                <w:sz w:val="14"/>
              </w:rPr>
              <w:t>ФКР</w:t>
            </w:r>
          </w:p>
        </w:tc>
      </w:tr>
      <w:tr w:rsidR="00D47551" w14:paraId="0A391942" w14:textId="77777777">
        <w:trPr>
          <w:jc w:val="center"/>
        </w:trPr>
        <w:tc>
          <w:tcPr>
            <w:tcW w:w="54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vAlign w:val="center"/>
          </w:tcPr>
          <w:p w14:paraId="414F9AB1" w14:textId="77777777" w:rsidR="00D47551" w:rsidRDefault="00B01125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40</w:t>
            </w:r>
          </w:p>
        </w:tc>
        <w:tc>
          <w:tcPr>
            <w:tcW w:w="5213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vAlign w:val="center"/>
          </w:tcPr>
          <w:p w14:paraId="25EE4C99" w14:textId="77777777" w:rsidR="00D47551" w:rsidRDefault="00B01125">
            <w:pPr>
              <w:keepLines/>
              <w:spacing w:after="0" w:line="228" w:lineRule="auto"/>
            </w:pPr>
            <w:r>
              <w:rPr>
                <w:color w:val="142332"/>
                <w:sz w:val="14"/>
              </w:rPr>
              <w:t>Чемпионат России</w:t>
            </w:r>
          </w:p>
        </w:tc>
        <w:tc>
          <w:tcPr>
            <w:tcW w:w="223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vAlign w:val="center"/>
          </w:tcPr>
          <w:p w14:paraId="41FD4A52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Казань</w:t>
            </w:r>
          </w:p>
        </w:tc>
        <w:tc>
          <w:tcPr>
            <w:tcW w:w="247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vAlign w:val="center"/>
          </w:tcPr>
          <w:p w14:paraId="2D19033B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3–5 сентября 2027 г.</w:t>
            </w:r>
          </w:p>
        </w:tc>
        <w:tc>
          <w:tcPr>
            <w:tcW w:w="187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vAlign w:val="center"/>
          </w:tcPr>
          <w:p w14:paraId="339DC74D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18+</w:t>
            </w:r>
          </w:p>
        </w:tc>
        <w:tc>
          <w:tcPr>
            <w:tcW w:w="2938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vAlign w:val="center"/>
          </w:tcPr>
          <w:p w14:paraId="46F398C8" w14:textId="77777777" w:rsidR="00D47551" w:rsidRDefault="00B01125">
            <w:pPr>
              <w:keepLines/>
              <w:spacing w:after="0" w:line="228" w:lineRule="auto"/>
            </w:pPr>
            <w:r>
              <w:rPr>
                <w:color w:val="142332"/>
                <w:sz w:val="14"/>
              </w:rPr>
              <w:t>ФКР</w:t>
            </w:r>
          </w:p>
        </w:tc>
      </w:tr>
      <w:tr w:rsidR="00D47551" w14:paraId="246E2C8C" w14:textId="77777777">
        <w:trPr>
          <w:jc w:val="center"/>
        </w:trPr>
        <w:tc>
          <w:tcPr>
            <w:tcW w:w="54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4B8AC255" w14:textId="77777777" w:rsidR="00D47551" w:rsidRDefault="00B01125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41</w:t>
            </w:r>
          </w:p>
        </w:tc>
        <w:tc>
          <w:tcPr>
            <w:tcW w:w="5213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254E0A0D" w14:textId="77777777" w:rsidR="00D47551" w:rsidRDefault="00B01125">
            <w:pPr>
              <w:keepLines/>
              <w:spacing w:after="0" w:line="228" w:lineRule="auto"/>
            </w:pPr>
            <w:r>
              <w:rPr>
                <w:color w:val="142332"/>
                <w:sz w:val="14"/>
              </w:rPr>
              <w:t>Открытый областной турнир «Осенние старты 2027»</w:t>
            </w:r>
          </w:p>
        </w:tc>
        <w:tc>
          <w:tcPr>
            <w:tcW w:w="223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3DE46007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г. Ростов-на-Дону</w:t>
            </w:r>
          </w:p>
        </w:tc>
        <w:tc>
          <w:tcPr>
            <w:tcW w:w="247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7D44B512" w14:textId="77777777" w:rsidR="00D47551" w:rsidRDefault="00B01125">
            <w:pPr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19 сентября 2027 г.</w:t>
            </w:r>
          </w:p>
        </w:tc>
        <w:tc>
          <w:tcPr>
            <w:tcW w:w="187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4FE36D26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8-17 лет</w:t>
            </w:r>
          </w:p>
        </w:tc>
        <w:tc>
          <w:tcPr>
            <w:tcW w:w="2938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62DF1D26" w14:textId="77777777" w:rsidR="00D47551" w:rsidRDefault="00B01125">
            <w:pPr>
              <w:keepLines/>
              <w:spacing w:after="0" w:line="228" w:lineRule="auto"/>
            </w:pPr>
            <w:r>
              <w:rPr>
                <w:b/>
                <w:color w:val="142332"/>
                <w:sz w:val="14"/>
              </w:rPr>
              <w:t>ФКРО Лащёнов А.А.</w:t>
            </w:r>
          </w:p>
        </w:tc>
      </w:tr>
      <w:tr w:rsidR="00D47551" w14:paraId="175F446A" w14:textId="77777777">
        <w:trPr>
          <w:jc w:val="center"/>
        </w:trPr>
        <w:tc>
          <w:tcPr>
            <w:tcW w:w="54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vAlign w:val="center"/>
          </w:tcPr>
          <w:p w14:paraId="31AFC65C" w14:textId="77777777" w:rsidR="00D47551" w:rsidRDefault="00B01125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42</w:t>
            </w:r>
          </w:p>
        </w:tc>
        <w:tc>
          <w:tcPr>
            <w:tcW w:w="5213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vAlign w:val="center"/>
          </w:tcPr>
          <w:p w14:paraId="3F59868C" w14:textId="77777777" w:rsidR="00D47551" w:rsidRDefault="00B01125">
            <w:pPr>
              <w:keepLines/>
              <w:spacing w:after="0" w:line="228" w:lineRule="auto"/>
            </w:pPr>
            <w:r>
              <w:rPr>
                <w:color w:val="142332"/>
                <w:sz w:val="14"/>
              </w:rPr>
              <w:t>Всероссийские соревнования «Кубок Орла» этап Кубка России</w:t>
            </w:r>
          </w:p>
        </w:tc>
        <w:tc>
          <w:tcPr>
            <w:tcW w:w="223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vAlign w:val="center"/>
          </w:tcPr>
          <w:p w14:paraId="688B7B81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Орёл</w:t>
            </w:r>
          </w:p>
        </w:tc>
        <w:tc>
          <w:tcPr>
            <w:tcW w:w="247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vAlign w:val="center"/>
          </w:tcPr>
          <w:p w14:paraId="4A0DEB1D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24–26 сентября 2027 г.</w:t>
            </w:r>
          </w:p>
        </w:tc>
        <w:tc>
          <w:tcPr>
            <w:tcW w:w="187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vAlign w:val="center"/>
          </w:tcPr>
          <w:p w14:paraId="13019CEB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10 лет и старше</w:t>
            </w:r>
          </w:p>
        </w:tc>
        <w:tc>
          <w:tcPr>
            <w:tcW w:w="2938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vAlign w:val="center"/>
          </w:tcPr>
          <w:p w14:paraId="3FED8DA2" w14:textId="77777777" w:rsidR="00D47551" w:rsidRDefault="00B01125">
            <w:pPr>
              <w:keepLines/>
              <w:spacing w:after="0" w:line="228" w:lineRule="auto"/>
            </w:pPr>
            <w:r>
              <w:rPr>
                <w:color w:val="142332"/>
                <w:sz w:val="14"/>
              </w:rPr>
              <w:t>ФК Орловской области</w:t>
            </w:r>
          </w:p>
        </w:tc>
      </w:tr>
      <w:tr w:rsidR="00D47551" w14:paraId="1D8C51C4" w14:textId="77777777">
        <w:trPr>
          <w:jc w:val="center"/>
        </w:trPr>
        <w:tc>
          <w:tcPr>
            <w:tcW w:w="54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3CD051B4" w14:textId="77777777" w:rsidR="00D47551" w:rsidRDefault="00B01125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43</w:t>
            </w:r>
          </w:p>
        </w:tc>
        <w:tc>
          <w:tcPr>
            <w:tcW w:w="5213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1EDB2CE7" w14:textId="77777777" w:rsidR="00D47551" w:rsidRDefault="00B01125">
            <w:pPr>
              <w:keepLines/>
              <w:spacing w:after="0" w:line="228" w:lineRule="auto"/>
            </w:pPr>
            <w:r>
              <w:rPr>
                <w:color w:val="142332"/>
                <w:sz w:val="14"/>
              </w:rPr>
              <w:t>«Надежды Пересвета»</w:t>
            </w:r>
          </w:p>
        </w:tc>
        <w:tc>
          <w:tcPr>
            <w:tcW w:w="223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59564A78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г. Ростов-на-Дону</w:t>
            </w:r>
          </w:p>
        </w:tc>
        <w:tc>
          <w:tcPr>
            <w:tcW w:w="247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5E73D268" w14:textId="77777777" w:rsidR="00D47551" w:rsidRDefault="00B01125">
            <w:pPr>
              <w:spacing w:after="0" w:line="228" w:lineRule="auto"/>
              <w:jc w:val="center"/>
            </w:pPr>
            <w:r>
              <w:rPr>
                <w:b w:val="0"/>
                <w:sz w:val="14"/>
              </w:rPr>
              <w:t>октябрь 2027 г. (дата уточняется)</w:t>
            </w:r>
          </w:p>
        </w:tc>
        <w:tc>
          <w:tcPr>
            <w:tcW w:w="187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1C5BC071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b w:val="0"/>
                <w:sz w:val="14"/>
              </w:rPr>
              <w:t>6–13 лет</w:t>
            </w:r>
          </w:p>
        </w:tc>
        <w:tc>
          <w:tcPr>
            <w:tcW w:w="2938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06F26EAB" w14:textId="77777777" w:rsidR="00D47551" w:rsidRDefault="00B01125">
            <w:pPr>
              <w:keepLines/>
              <w:spacing w:after="0" w:line="228" w:lineRule="auto"/>
            </w:pPr>
            <w:r>
              <w:rPr>
                <w:b/>
                <w:color w:val="142332"/>
                <w:sz w:val="14"/>
              </w:rPr>
              <w:t>ФКРО / Дзадзамия В. / Зарубина И.</w:t>
            </w:r>
          </w:p>
        </w:tc>
      </w:tr>
      <w:tr w:rsidR="00D47551" w14:paraId="57A15EDA" w14:textId="77777777">
        <w:trPr>
          <w:jc w:val="center"/>
        </w:trPr>
        <w:tc>
          <w:tcPr>
            <w:tcW w:w="54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2B299629" w14:textId="77777777" w:rsidR="00D47551" w:rsidRDefault="00B01125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44</w:t>
            </w:r>
          </w:p>
        </w:tc>
        <w:tc>
          <w:tcPr>
            <w:tcW w:w="5213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75726115" w14:textId="77777777" w:rsidR="00D47551" w:rsidRDefault="00B01125">
            <w:pPr>
              <w:keepLines/>
              <w:spacing w:after="0" w:line="228" w:lineRule="auto"/>
            </w:pPr>
            <w:r>
              <w:rPr>
                <w:color w:val="142332"/>
                <w:sz w:val="14"/>
              </w:rPr>
              <w:t>Чемпионат и Первенство Ростовской области 2027</w:t>
            </w:r>
          </w:p>
        </w:tc>
        <w:tc>
          <w:tcPr>
            <w:tcW w:w="223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400359B1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г. Ростов-на-Дону</w:t>
            </w:r>
          </w:p>
        </w:tc>
        <w:tc>
          <w:tcPr>
            <w:tcW w:w="247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5B94A6E7" w14:textId="77777777" w:rsidR="00D47551" w:rsidRDefault="00B01125">
            <w:pPr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октябрь 2027 г.</w:t>
            </w:r>
          </w:p>
        </w:tc>
        <w:tc>
          <w:tcPr>
            <w:tcW w:w="187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70D3D052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12 лет и старше</w:t>
            </w:r>
          </w:p>
        </w:tc>
        <w:tc>
          <w:tcPr>
            <w:tcW w:w="2938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08EBC2EB" w14:textId="77777777" w:rsidR="00D47551" w:rsidRDefault="00B01125">
            <w:pPr>
              <w:keepLines/>
              <w:spacing w:after="0" w:line="228" w:lineRule="auto"/>
            </w:pPr>
            <w:r>
              <w:rPr>
                <w:b/>
                <w:color w:val="142332"/>
                <w:sz w:val="14"/>
              </w:rPr>
              <w:t>ФКРО Пискарёв Н.Н.</w:t>
            </w:r>
          </w:p>
        </w:tc>
      </w:tr>
      <w:tr w:rsidR="00D47551" w14:paraId="10E6605D" w14:textId="77777777">
        <w:trPr>
          <w:jc w:val="center"/>
        </w:trPr>
        <w:tc>
          <w:tcPr>
            <w:tcW w:w="54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64C0B4D9" w14:textId="77777777" w:rsidR="00D47551" w:rsidRDefault="00B01125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45</w:t>
            </w:r>
          </w:p>
        </w:tc>
        <w:tc>
          <w:tcPr>
            <w:tcW w:w="5213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4FE6D900" w14:textId="77777777" w:rsidR="00D47551" w:rsidRDefault="00B01125">
            <w:pPr>
              <w:keepLines/>
              <w:spacing w:after="0" w:line="228" w:lineRule="auto"/>
            </w:pPr>
            <w:r>
              <w:rPr>
                <w:color w:val="142332"/>
                <w:sz w:val="14"/>
              </w:rPr>
              <w:t>Открытый фестиваль среди молодёжи «Юные надежды», 1-й этап</w:t>
            </w:r>
          </w:p>
        </w:tc>
        <w:tc>
          <w:tcPr>
            <w:tcW w:w="223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661FAB9D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г. Ростов-на-Дону</w:t>
            </w:r>
          </w:p>
        </w:tc>
        <w:tc>
          <w:tcPr>
            <w:tcW w:w="247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6807A556" w14:textId="77777777" w:rsidR="00D47551" w:rsidRDefault="00B01125">
            <w:pPr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31 октября 2027 г.</w:t>
            </w:r>
          </w:p>
        </w:tc>
        <w:tc>
          <w:tcPr>
            <w:tcW w:w="187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085EC563" w14:textId="77777777" w:rsidR="00D47551" w:rsidRDefault="00B01125">
            <w:pPr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Уточняется</w:t>
            </w:r>
          </w:p>
        </w:tc>
        <w:tc>
          <w:tcPr>
            <w:tcW w:w="2938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36C72515" w14:textId="77777777" w:rsidR="00D47551" w:rsidRDefault="00B01125">
            <w:pPr>
              <w:spacing w:after="0" w:line="228" w:lineRule="auto"/>
            </w:pPr>
            <w:r>
              <w:rPr>
                <w:b/>
                <w:color w:val="142332"/>
                <w:sz w:val="14"/>
              </w:rPr>
              <w:t>ФКРО / Лащенов А.А.</w:t>
            </w:r>
          </w:p>
        </w:tc>
      </w:tr>
      <w:tr w:rsidR="00D47551" w14:paraId="436234C8" w14:textId="77777777">
        <w:trPr>
          <w:jc w:val="center"/>
        </w:trPr>
        <w:tc>
          <w:tcPr>
            <w:tcW w:w="54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vAlign w:val="center"/>
          </w:tcPr>
          <w:p w14:paraId="710B7911" w14:textId="77777777" w:rsidR="00D47551" w:rsidRDefault="00B01125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46</w:t>
            </w:r>
          </w:p>
        </w:tc>
        <w:tc>
          <w:tcPr>
            <w:tcW w:w="5213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vAlign w:val="center"/>
          </w:tcPr>
          <w:p w14:paraId="60308499" w14:textId="77777777" w:rsidR="00D47551" w:rsidRDefault="00B01125">
            <w:pPr>
              <w:keepLines/>
              <w:spacing w:after="0" w:line="228" w:lineRule="auto"/>
            </w:pPr>
            <w:r>
              <w:rPr>
                <w:color w:val="142332"/>
                <w:sz w:val="14"/>
              </w:rPr>
              <w:t>ВС «Кубок ТЭС»</w:t>
            </w:r>
          </w:p>
        </w:tc>
        <w:tc>
          <w:tcPr>
            <w:tcW w:w="223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vAlign w:val="center"/>
          </w:tcPr>
          <w:p w14:paraId="405BD259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Симферополь</w:t>
            </w:r>
          </w:p>
        </w:tc>
        <w:tc>
          <w:tcPr>
            <w:tcW w:w="247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vAlign w:val="center"/>
          </w:tcPr>
          <w:p w14:paraId="1DA18856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23–24 октября 2027 г.</w:t>
            </w:r>
          </w:p>
        </w:tc>
        <w:tc>
          <w:tcPr>
            <w:tcW w:w="187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vAlign w:val="center"/>
          </w:tcPr>
          <w:p w14:paraId="58F80336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6 лет и старше</w:t>
            </w:r>
          </w:p>
        </w:tc>
        <w:tc>
          <w:tcPr>
            <w:tcW w:w="2938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vAlign w:val="center"/>
          </w:tcPr>
          <w:p w14:paraId="3DA022C2" w14:textId="77777777" w:rsidR="00D47551" w:rsidRDefault="00B01125">
            <w:pPr>
              <w:keepLines/>
              <w:spacing w:after="0" w:line="228" w:lineRule="auto"/>
            </w:pPr>
            <w:r>
              <w:rPr>
                <w:color w:val="142332"/>
                <w:sz w:val="14"/>
              </w:rPr>
              <w:t>ФКР / Федерация каратэ Республики Крым / ТД «ТЭС»</w:t>
            </w:r>
          </w:p>
        </w:tc>
      </w:tr>
      <w:tr w:rsidR="00D47551" w14:paraId="39DEE10B" w14:textId="77777777">
        <w:trPr>
          <w:jc w:val="center"/>
        </w:trPr>
        <w:tc>
          <w:tcPr>
            <w:tcW w:w="54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8FAFC"/>
            <w:vAlign w:val="center"/>
          </w:tcPr>
          <w:p w14:paraId="298FC15D" w14:textId="77777777" w:rsidR="00D47551" w:rsidRDefault="00B01125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47</w:t>
            </w:r>
          </w:p>
        </w:tc>
        <w:tc>
          <w:tcPr>
            <w:tcW w:w="5213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8FAFC"/>
            <w:vAlign w:val="center"/>
          </w:tcPr>
          <w:p w14:paraId="0AF9C50F" w14:textId="77777777" w:rsidR="00D47551" w:rsidRDefault="00B01125">
            <w:pPr>
              <w:keepLines/>
              <w:spacing w:after="0" w:line="228" w:lineRule="auto"/>
            </w:pPr>
            <w:r>
              <w:rPr>
                <w:color w:val="142332"/>
                <w:sz w:val="14"/>
              </w:rPr>
              <w:t>Первенство ЮФО</w:t>
            </w:r>
          </w:p>
        </w:tc>
        <w:tc>
          <w:tcPr>
            <w:tcW w:w="223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8FAFC"/>
            <w:vAlign w:val="center"/>
          </w:tcPr>
          <w:p w14:paraId="2B0993BD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Симферополь</w:t>
            </w:r>
          </w:p>
        </w:tc>
        <w:tc>
          <w:tcPr>
            <w:tcW w:w="247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8FAFC"/>
            <w:vAlign w:val="center"/>
          </w:tcPr>
          <w:p w14:paraId="2975717C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26–27 октября 2027 г.</w:t>
            </w:r>
          </w:p>
        </w:tc>
        <w:tc>
          <w:tcPr>
            <w:tcW w:w="187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8FAFC"/>
            <w:vAlign w:val="center"/>
          </w:tcPr>
          <w:p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10–20 лет</w:t>
            </w:r>
          </w:p>
        </w:tc>
        <w:tc>
          <w:tcPr>
            <w:tcW w:w="2938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8FAFC"/>
            <w:vAlign w:val="center"/>
          </w:tcPr>
          <w:p w14:paraId="2CAB1204" w14:textId="77777777" w:rsidR="00D47551" w:rsidRDefault="00B01125">
            <w:pPr>
              <w:keepLines/>
              <w:spacing w:after="0" w:line="228" w:lineRule="auto"/>
            </w:pPr>
            <w:r>
              <w:rPr>
                <w:color w:val="142332"/>
                <w:sz w:val="14"/>
              </w:rPr>
              <w:t>ФКР / Федерация каратэ Республики Крым</w:t>
            </w:r>
          </w:p>
        </w:tc>
      </w:tr>
      <w:tr w:rsidR="00D47551" w14:paraId="0B1BC1C1" w14:textId="77777777">
        <w:trPr>
          <w:jc w:val="center"/>
        </w:trPr>
        <w:tc>
          <w:tcPr>
            <w:tcW w:w="54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vAlign w:val="center"/>
          </w:tcPr>
          <w:p w14:paraId="366C48AD" w14:textId="77777777" w:rsidR="00D47551" w:rsidRDefault="00B01125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48</w:t>
            </w:r>
          </w:p>
        </w:tc>
        <w:tc>
          <w:tcPr>
            <w:tcW w:w="5213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vAlign w:val="center"/>
          </w:tcPr>
          <w:p w14:paraId="732CDAFA" w14:textId="77777777" w:rsidR="00D47551" w:rsidRDefault="00B01125">
            <w:pPr>
              <w:keepLines/>
              <w:spacing w:after="0" w:line="228" w:lineRule="auto"/>
            </w:pPr>
            <w:r>
              <w:rPr>
                <w:color w:val="142332"/>
                <w:sz w:val="14"/>
              </w:rPr>
              <w:t>Международные соревнования «Москва — Вселенная каратэ»</w:t>
            </w:r>
          </w:p>
        </w:tc>
        <w:tc>
          <w:tcPr>
            <w:tcW w:w="223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vAlign w:val="center"/>
          </w:tcPr>
          <w:p w14:paraId="1AD9A9A0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Москва</w:t>
            </w:r>
          </w:p>
        </w:tc>
        <w:tc>
          <w:tcPr>
            <w:tcW w:w="247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vAlign w:val="center"/>
          </w:tcPr>
          <w:p w14:paraId="2B4D1BE5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29–31 октября 2027 г.</w:t>
            </w:r>
          </w:p>
        </w:tc>
        <w:tc>
          <w:tcPr>
            <w:tcW w:w="187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vAlign w:val="center"/>
          </w:tcPr>
          <w:p w14:paraId="4833DF95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18+</w:t>
            </w:r>
          </w:p>
        </w:tc>
        <w:tc>
          <w:tcPr>
            <w:tcW w:w="2938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vAlign w:val="center"/>
          </w:tcPr>
          <w:p w14:paraId="0915243C" w14:textId="77777777" w:rsidR="00D47551" w:rsidRDefault="00B01125">
            <w:pPr>
              <w:keepLines/>
              <w:spacing w:after="0" w:line="228" w:lineRule="auto"/>
            </w:pPr>
            <w:r>
              <w:rPr>
                <w:color w:val="142332"/>
                <w:sz w:val="14"/>
              </w:rPr>
              <w:t>ФКР</w:t>
            </w:r>
          </w:p>
        </w:tc>
      </w:tr>
      <w:tr w:rsidR="00D47551" w14:paraId="66374DC3" w14:textId="77777777">
        <w:trPr>
          <w:jc w:val="center"/>
        </w:trPr>
        <w:tc>
          <w:tcPr>
            <w:tcW w:w="54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8FAFC"/>
            <w:vAlign w:val="center"/>
          </w:tcPr>
          <w:p w14:paraId="42E4C62E" w14:textId="77777777" w:rsidR="00D47551" w:rsidRDefault="00B01125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49</w:t>
            </w:r>
          </w:p>
        </w:tc>
        <w:tc>
          <w:tcPr>
            <w:tcW w:w="5213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8FAFC"/>
            <w:vAlign w:val="center"/>
          </w:tcPr>
          <w:p w14:paraId="5D93ADF9" w14:textId="77777777" w:rsidR="00D47551" w:rsidRDefault="00B01125">
            <w:pPr>
              <w:keepLines/>
              <w:spacing w:after="0" w:line="228" w:lineRule="auto"/>
            </w:pPr>
            <w:r>
              <w:rPr>
                <w:color w:val="142332"/>
                <w:sz w:val="14"/>
              </w:rPr>
              <w:t>Всероссийские соревнования «Кубок Дружбы»</w:t>
            </w:r>
          </w:p>
        </w:tc>
        <w:tc>
          <w:tcPr>
            <w:tcW w:w="223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8FAFC"/>
            <w:vAlign w:val="center"/>
          </w:tcPr>
          <w:p w14:paraId="05860C71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Тольятти</w:t>
            </w:r>
          </w:p>
        </w:tc>
        <w:tc>
          <w:tcPr>
            <w:tcW w:w="247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8FAFC"/>
            <w:vAlign w:val="center"/>
          </w:tcPr>
          <w:p w14:paraId="0297FC82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5–7 ноября 2027 г.</w:t>
            </w:r>
          </w:p>
        </w:tc>
        <w:tc>
          <w:tcPr>
            <w:tcW w:w="187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8FAFC"/>
            <w:vAlign w:val="center"/>
          </w:tcPr>
          <w:p w14:paraId="1BBEB636" w14:textId="77777777" w:rsidR="00D47551" w:rsidRDefault="00B01125">
            <w:pPr>
              <w:spacing w:after="0" w:line="228" w:lineRule="auto"/>
              <w:jc w:val="center"/>
            </w:pPr>
            <w:r>
              <w:rPr>
                <w:sz w:val="14"/>
              </w:rPr>
              <w:t>10 лет и старше</w:t>
            </w:r>
          </w:p>
        </w:tc>
        <w:tc>
          <w:tcPr>
            <w:tcW w:w="2938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8FAFC"/>
            <w:vAlign w:val="center"/>
          </w:tcPr>
          <w:p w14:paraId="7E60E4D2" w14:textId="77777777" w:rsidR="00D47551" w:rsidRDefault="00B01125">
            <w:pPr>
              <w:spacing w:after="0" w:line="228" w:lineRule="auto"/>
            </w:pPr>
            <w:r>
              <w:rPr>
                <w:sz w:val="14"/>
              </w:rPr>
              <w:t>ФКР / Самарская областная федерация каратэ / Юдин А.Э.</w:t>
            </w:r>
          </w:p>
        </w:tc>
      </w:tr>
      <w:tr w:rsidR="00D47551" w14:paraId="361ED16F" w14:textId="77777777">
        <w:trPr>
          <w:jc w:val="center"/>
        </w:trPr>
        <w:tc>
          <w:tcPr>
            <w:tcW w:w="54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72AF2D3E" w14:textId="77777777" w:rsidR="00D47551" w:rsidRDefault="00B01125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50</w:t>
            </w:r>
          </w:p>
        </w:tc>
        <w:tc>
          <w:tcPr>
            <w:tcW w:w="5213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4567A9F2" w14:textId="77777777" w:rsidR="00D47551" w:rsidRDefault="00B01125">
            <w:pPr>
              <w:keepLines/>
              <w:spacing w:after="0" w:line="228" w:lineRule="auto"/>
            </w:pPr>
            <w:r>
              <w:rPr>
                <w:color w:val="142332"/>
                <w:sz w:val="14"/>
              </w:rPr>
              <w:t>Открытый областной турнир «Осень 2027»</w:t>
            </w:r>
          </w:p>
        </w:tc>
        <w:tc>
          <w:tcPr>
            <w:tcW w:w="223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34EF7D82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г. Ростов-на-Дону</w:t>
            </w:r>
          </w:p>
        </w:tc>
        <w:tc>
          <w:tcPr>
            <w:tcW w:w="247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62AEC0D6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20–21 ноября 2027 г.</w:t>
            </w:r>
          </w:p>
        </w:tc>
        <w:tc>
          <w:tcPr>
            <w:tcW w:w="187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6528BF10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6 лет и старше</w:t>
            </w:r>
          </w:p>
        </w:tc>
        <w:tc>
          <w:tcPr>
            <w:tcW w:w="2938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FF2CC"/>
            <w:vAlign w:val="center"/>
          </w:tcPr>
          <w:p w14:paraId="6736A32D" w14:textId="77777777" w:rsidR="00D47551" w:rsidRDefault="00B01125">
            <w:pPr>
              <w:keepLines/>
              <w:spacing w:after="0" w:line="228" w:lineRule="auto"/>
            </w:pPr>
            <w:r>
              <w:rPr>
                <w:b/>
                <w:color w:val="142332"/>
                <w:sz w:val="14"/>
              </w:rPr>
              <w:t>ФКРО Пискарёв Н.Н.</w:t>
            </w:r>
          </w:p>
        </w:tc>
      </w:tr>
      <w:tr w:rsidR="00D47551" w14:paraId="603D4009" w14:textId="77777777">
        <w:trPr>
          <w:jc w:val="center"/>
        </w:trPr>
        <w:tc>
          <w:tcPr>
            <w:tcW w:w="54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vAlign w:val="center"/>
          </w:tcPr>
          <w:p w14:paraId="5755723A" w14:textId="77777777" w:rsidR="00D47551" w:rsidRDefault="00B01125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51</w:t>
            </w:r>
          </w:p>
        </w:tc>
        <w:tc>
          <w:tcPr>
            <w:tcW w:w="5213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vAlign w:val="center"/>
          </w:tcPr>
          <w:p w14:paraId="040C1249" w14:textId="77777777" w:rsidR="00D47551" w:rsidRDefault="00B01125">
            <w:pPr>
              <w:keepLines/>
              <w:spacing w:after="0" w:line="228" w:lineRule="auto"/>
            </w:pPr>
            <w:r>
              <w:rPr>
                <w:color w:val="142332"/>
                <w:sz w:val="14"/>
              </w:rPr>
              <w:t>Первенство России</w:t>
            </w:r>
          </w:p>
        </w:tc>
        <w:tc>
          <w:tcPr>
            <w:tcW w:w="223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vAlign w:val="center"/>
          </w:tcPr>
          <w:p w14:paraId="5E262D9E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пос. Сириус</w:t>
            </w:r>
          </w:p>
        </w:tc>
        <w:tc>
          <w:tcPr>
            <w:tcW w:w="247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vAlign w:val="center"/>
          </w:tcPr>
          <w:p w14:paraId="79B101F4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26–28 ноября 2027 г.</w:t>
            </w:r>
          </w:p>
        </w:tc>
        <w:tc>
          <w:tcPr>
            <w:tcW w:w="187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vAlign w:val="center"/>
          </w:tcPr>
          <w:p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10–20 лет</w:t>
            </w:r>
          </w:p>
        </w:tc>
        <w:tc>
          <w:tcPr>
            <w:tcW w:w="2938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vAlign w:val="center"/>
          </w:tcPr>
          <w:p w14:paraId="4D8AC891" w14:textId="77777777" w:rsidR="00D47551" w:rsidRDefault="00B01125">
            <w:pPr>
              <w:keepLines/>
              <w:spacing w:after="0" w:line="228" w:lineRule="auto"/>
            </w:pPr>
            <w:r>
              <w:rPr>
                <w:color w:val="142332"/>
                <w:sz w:val="14"/>
              </w:rPr>
              <w:t>ФКР</w:t>
            </w:r>
          </w:p>
        </w:tc>
      </w:tr>
      <w:tr w:rsidR="00D47551" w14:paraId="52839F9E" w14:textId="77777777">
        <w:trPr>
          <w:jc w:val="center"/>
        </w:trPr>
        <w:tc>
          <w:tcPr>
            <w:tcW w:w="54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8FAFC"/>
            <w:vAlign w:val="center"/>
          </w:tcPr>
          <w:p w14:paraId="28CE7F8C" w14:textId="77777777" w:rsidR="00D47551" w:rsidRDefault="00B01125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52</w:t>
            </w:r>
          </w:p>
        </w:tc>
        <w:tc>
          <w:tcPr>
            <w:tcW w:w="5213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8FAFC"/>
            <w:vAlign w:val="center"/>
          </w:tcPr>
          <w:p w14:paraId="14FFF561" w14:textId="77777777" w:rsidR="00D47551" w:rsidRDefault="00B01125">
            <w:pPr>
              <w:keepLines/>
              <w:spacing w:after="0" w:line="228" w:lineRule="auto"/>
            </w:pPr>
            <w:r>
              <w:rPr>
                <w:color w:val="142332"/>
                <w:sz w:val="14"/>
              </w:rPr>
              <w:t>ВС «Тверской вызов»</w:t>
            </w:r>
          </w:p>
        </w:tc>
        <w:tc>
          <w:tcPr>
            <w:tcW w:w="223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8FAFC"/>
            <w:vAlign w:val="center"/>
          </w:tcPr>
          <w:p w14:paraId="3A7543B5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Тверь</w:t>
            </w:r>
          </w:p>
        </w:tc>
        <w:tc>
          <w:tcPr>
            <w:tcW w:w="247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8FAFC"/>
            <w:vAlign w:val="center"/>
          </w:tcPr>
          <w:p w14:paraId="3FB35CCE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4–5 декабря 2027 г.</w:t>
            </w:r>
          </w:p>
        </w:tc>
        <w:tc>
          <w:tcPr>
            <w:tcW w:w="187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8FAFC"/>
            <w:vAlign w:val="center"/>
          </w:tcPr>
          <w:p w14:paraId="5EFC33CF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10 лет и старше</w:t>
            </w:r>
          </w:p>
        </w:tc>
        <w:tc>
          <w:tcPr>
            <w:tcW w:w="2938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shd w:val="clear" w:color="auto" w:fill="F8FAFC"/>
            <w:vAlign w:val="center"/>
          </w:tcPr>
          <w:p w14:paraId="0C5C7866" w14:textId="77777777" w:rsidR="00D47551" w:rsidRDefault="00B01125">
            <w:pPr>
              <w:keepLines/>
              <w:spacing w:after="0" w:line="228" w:lineRule="auto"/>
            </w:pPr>
            <w:r>
              <w:rPr>
                <w:color w:val="142332"/>
                <w:sz w:val="14"/>
              </w:rPr>
              <w:t>ФКР</w:t>
            </w:r>
          </w:p>
        </w:tc>
      </w:tr>
      <w:tr w:rsidR="00D47551" w14:paraId="18E7B713" w14:textId="77777777">
        <w:trPr>
          <w:jc w:val="center"/>
        </w:trPr>
        <w:tc>
          <w:tcPr>
            <w:tcW w:w="54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vAlign w:val="center"/>
          </w:tcPr>
          <w:p w14:paraId="1E8F63F1" w14:textId="77777777" w:rsidR="00D47551" w:rsidRDefault="00B01125">
            <w:pPr>
              <w:spacing w:after="0" w:line="228" w:lineRule="auto"/>
              <w:jc w:val="center"/>
            </w:pPr>
            <w:r>
              <w:rPr>
                <w:b/>
                <w:sz w:val="14"/>
              </w:rPr>
              <w:t>53</w:t>
            </w:r>
          </w:p>
        </w:tc>
        <w:tc>
          <w:tcPr>
            <w:tcW w:w="5213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vAlign w:val="center"/>
          </w:tcPr>
          <w:p w14:paraId="7DF9CB78" w14:textId="77777777" w:rsidR="00D47551" w:rsidRDefault="00B01125">
            <w:pPr>
              <w:keepLines/>
              <w:spacing w:after="0" w:line="228" w:lineRule="auto"/>
            </w:pPr>
            <w:r>
              <w:rPr>
                <w:color w:val="142332"/>
                <w:sz w:val="14"/>
              </w:rPr>
              <w:t>Кубок России</w:t>
            </w:r>
          </w:p>
        </w:tc>
        <w:tc>
          <w:tcPr>
            <w:tcW w:w="223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vAlign w:val="center"/>
          </w:tcPr>
          <w:p w14:paraId="72FFC043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Москва</w:t>
            </w:r>
          </w:p>
        </w:tc>
        <w:tc>
          <w:tcPr>
            <w:tcW w:w="2477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vAlign w:val="center"/>
          </w:tcPr>
          <w:p w14:paraId="587FCC57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11–12 декабря 2027 г.</w:t>
            </w:r>
          </w:p>
        </w:tc>
        <w:tc>
          <w:tcPr>
            <w:tcW w:w="1872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vAlign w:val="center"/>
          </w:tcPr>
          <w:p w14:paraId="39CF0524" w14:textId="77777777" w:rsidR="00D47551" w:rsidRDefault="00B01125">
            <w:pPr>
              <w:keepLines/>
              <w:spacing w:after="0" w:line="228" w:lineRule="auto"/>
              <w:jc w:val="center"/>
            </w:pPr>
            <w:r>
              <w:rPr>
                <w:color w:val="142332"/>
                <w:sz w:val="14"/>
              </w:rPr>
              <w:t>18+</w:t>
            </w:r>
          </w:p>
        </w:tc>
        <w:tc>
          <w:tcPr>
            <w:tcW w:w="2938" w:type="dxa"/>
            <w:tcBorders>
              <w:top w:val="single" w:sz="3" w:space="0" w:color="9EB6CE"/>
              <w:left w:val="single" w:sz="3" w:space="0" w:color="9EB6CE"/>
              <w:bottom w:val="single" w:sz="3" w:space="0" w:color="9EB6CE"/>
              <w:right w:val="single" w:sz="3" w:space="0" w:color="9EB6CE"/>
            </w:tcBorders>
            <w:vAlign w:val="center"/>
          </w:tcPr>
          <w:p w14:paraId="56050042" w14:textId="77777777" w:rsidR="00D47551" w:rsidRDefault="00B01125">
            <w:pPr>
              <w:keepLines/>
              <w:spacing w:after="0" w:line="228" w:lineRule="auto"/>
            </w:pPr>
            <w:r>
              <w:rPr>
                <w:color w:val="142332"/>
                <w:sz w:val="14"/>
              </w:rPr>
              <w:t>ФКР</w:t>
            </w:r>
          </w:p>
        </w:tc>
      </w:tr>
    </w:tbl>
    <w:p w14:paraId="0C67183E" w14:textId="77777777" w:rsidR="00B01125" w:rsidRDefault="00B01125"/>
    <w:sectPr w:rsidR="00000000" w:rsidSect="00034616">
      <w:headerReference w:type="default" r:id="rId9"/>
      <w:footerReference w:type="default" r:id="rId10"/>
      <w:pgSz w:w="16838" w:h="11905" w:orient="landscape"/>
      <w:pgMar w:top="547" w:right="605" w:bottom="547" w:left="605" w:header="216" w:footer="25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910104E" w14:textId="77777777" w:rsidR="00B01125" w:rsidRDefault="00B01125">
      <w:pPr>
        <w:spacing w:after="0" w:line="240" w:lineRule="auto"/>
      </w:pPr>
      <w:r>
        <w:separator/>
      </w:r>
    </w:p>
  </w:endnote>
  <w:endnote w:type="continuationSeparator" w:id="0">
    <w:p w14:paraId="66B45F28" w14:textId="77777777" w:rsidR="00B01125" w:rsidRDefault="00B01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399B4C" w14:textId="77777777" w:rsidR="00D47551" w:rsidRDefault="00B01125">
    <w:pPr>
      <w:pStyle w:val="a7"/>
      <w:jc w:val="center"/>
    </w:pPr>
    <w:r>
      <w:rPr>
        <w:color w:val="5B6770"/>
        <w:sz w:val="13"/>
      </w:rPr>
      <w:t>Федерация каратэ Ростовской области  •  Календарный план 2026–2027</w:t>
    </w:r>
    <w:r>
      <w:rPr>
        <w:color w:val="5B6770"/>
        <w:sz w:val="13"/>
      </w:rPr>
      <w:t xml:space="preserve">   •   стр. </w:t>
    </w: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C66A5FD" w14:textId="77777777" w:rsidR="00B01125" w:rsidRDefault="00B01125">
      <w:pPr>
        <w:spacing w:after="0" w:line="240" w:lineRule="auto"/>
      </w:pPr>
      <w:r>
        <w:separator/>
      </w:r>
    </w:p>
  </w:footnote>
  <w:footnote w:type="continuationSeparator" w:id="0">
    <w:p w14:paraId="54C9DD5C" w14:textId="77777777" w:rsidR="00B01125" w:rsidRDefault="00B011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E5D1F4F" w14:textId="77777777" w:rsidR="00D47551" w:rsidRDefault="00B01125">
    <w:pPr>
      <w:pStyle w:val="a5"/>
      <w:jc w:val="center"/>
    </w:pPr>
    <w:r>
      <w:rPr>
        <w:b/>
        <w:color w:val="0A315D"/>
        <w:sz w:val="15"/>
      </w:rPr>
      <w:t>ФЕДЕРАЦИЯ КАРАТЭ РОСТОВСКОЙ ОБЛАСТИ   •   wskf61@mail.ru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8817823">
    <w:abstractNumId w:val="8"/>
  </w:num>
  <w:num w:numId="2" w16cid:durableId="303195365">
    <w:abstractNumId w:val="6"/>
  </w:num>
  <w:num w:numId="3" w16cid:durableId="675615761">
    <w:abstractNumId w:val="5"/>
  </w:num>
  <w:num w:numId="4" w16cid:durableId="1439637656">
    <w:abstractNumId w:val="4"/>
  </w:num>
  <w:num w:numId="5" w16cid:durableId="1231815466">
    <w:abstractNumId w:val="7"/>
  </w:num>
  <w:num w:numId="6" w16cid:durableId="1185241473">
    <w:abstractNumId w:val="3"/>
  </w:num>
  <w:num w:numId="7" w16cid:durableId="1370109917">
    <w:abstractNumId w:val="2"/>
  </w:num>
  <w:num w:numId="8" w16cid:durableId="1143229073">
    <w:abstractNumId w:val="1"/>
  </w:num>
  <w:num w:numId="9" w16cid:durableId="197710052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00"/>
  <w:proofState w:spelling="clean"/>
  <w:revisionView w:inkAnnotations="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91461"/>
    <w:rsid w:val="00AA1D8D"/>
    <w:rsid w:val="00B01125"/>
    <w:rsid w:val="00B47730"/>
    <w:rsid w:val="00C54120"/>
    <w:rsid w:val="00CB0664"/>
    <w:rsid w:val="00D47551"/>
    <w:rsid w:val="00E8471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9CDBE1"/>
  <w14:defaultImageDpi w14:val="300"/>
  <w15:docId w15:val="{5E1E2DA7-3F87-A94A-A924-30B1712BD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rial" w:hAnsi="Arial"/>
      <w:sz w:val="16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867</Words>
  <Characters>4945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5801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Календарный план спортивных мероприятий ФКРО 2026–2027 — обновлённый</dc:title>
  <dc:subject>Федерация каратэ Ростовской области</dc:subject>
  <dc:creator>python-docx</dc:creator>
  <cp:keywords/>
  <dc:description>Обновлено по новому календарю ФКРО: добавлено мероприятие и внесены изменения по срокам, возрастам и организаторам.</dc:description>
  <cp:lastModifiedBy>Дикий Игорь Сергеевич</cp:lastModifiedBy>
  <cp:revision>2</cp:revision>
  <dcterms:created xsi:type="dcterms:W3CDTF">2026-08-27T09:05:00Z</dcterms:created>
  <dcterms:modified xsi:type="dcterms:W3CDTF">2026-08-27T09:05:00Z</dcterms:modified>
  <cp:category/>
</cp:coreProperties>
</file>